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  <w:jc w:val="center"/>
      </w:pPr>
      <w:r>
        <w:rPr>
          <w:b/>
          <w:color w:val="1F4E79"/>
          <w:sz w:val="34"/>
        </w:rPr>
        <w:t>КРИТЕРИЈУМИ ОЦЕЊИВАЊА ПО НАСТАВНИМ ЈЕДИНИЦАМА</w:t>
      </w:r>
    </w:p>
    <w:p>
      <w:pPr>
        <w:spacing w:after="40"/>
        <w:jc w:val="center"/>
      </w:pPr>
      <w:r>
        <w:rPr>
          <w:b/>
          <w:sz w:val="24"/>
        </w:rPr>
        <w:t>Физичко и здравствено васпитање - V, VI, VII и VIII разред основне школе</w:t>
      </w:r>
    </w:p>
    <w:p>
      <w:pPr>
        <w:spacing w:after="200"/>
        <w:jc w:val="center"/>
      </w:pPr>
      <w:r>
        <w:rPr>
          <w:i/>
          <w:sz w:val="21"/>
        </w:rPr>
        <w:t>Школска 2026/2027. година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835"/>
        <w:gridCol w:w="7370"/>
      </w:tblGrid>
      <w:tr>
        <w:trPr>
          <w:tblHeader w:val="true"/>
          <w:tblHeader w:val="true"/>
        </w:trPr>
        <w:tc>
          <w:tcPr>
            <w:tcW w:type="dxa" w:w="2834"/>
            <w:shd w:fill="1F4E7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FFFFFF"/>
                <w:sz w:val="18"/>
              </w:rPr>
              <w:t>ОБЛАСТ</w:t>
            </w:r>
          </w:p>
        </w:tc>
        <w:tc>
          <w:tcPr>
            <w:tcW w:type="dxa" w:w="6803"/>
            <w:shd w:fill="1F4E7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FFFFFF"/>
                <w:sz w:val="18"/>
              </w:rPr>
              <w:t>ШТА ОБУХВАТА</w:t>
            </w:r>
          </w:p>
        </w:tc>
      </w:tr>
      <w:tr>
        <w:tc>
          <w:tcPr>
            <w:tcW w:type="dxa" w:w="2835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b/>
                <w:sz w:val="18"/>
              </w:rPr>
              <w:t>ЕЛЕМЕНТИ ПРАЋЕЊА УЧЕНИКА</w:t>
            </w:r>
          </w:p>
        </w:tc>
        <w:tc>
          <w:tcPr>
            <w:tcW w:type="dxa" w:w="73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физичке способности и њихов напредак;</w:t>
              <w:br/>
              <w:t>• моторичка знања и вештине;</w:t>
              <w:br/>
              <w:t>• правилност, сигурност и самосталност у извођењу;</w:t>
              <w:br/>
              <w:t>• познавање и примена правила;</w:t>
              <w:br/>
              <w:t>• активност, ангажовање и однос према раду;</w:t>
              <w:br/>
              <w:t>• сарадња, фер-плеј и однос према саиграчима;</w:t>
              <w:br/>
              <w:t>• безбедно понашање и одговоран однос према здрављу.</w:t>
            </w:r>
          </w:p>
        </w:tc>
      </w:tr>
      <w:tr>
        <w:tc>
          <w:tcPr>
            <w:tcW w:type="dxa" w:w="2835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b/>
                <w:sz w:val="18"/>
              </w:rPr>
              <w:t>НАЧИН И ПОСТУПАК ВРЕДНОВАЊА</w:t>
            </w:r>
          </w:p>
        </w:tc>
        <w:tc>
          <w:tcPr>
            <w:tcW w:type="dxa" w:w="73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континуирано праћење и непосредно посматрање ученика на часу;</w:t>
              <w:br/>
              <w:t>• практично извођење моторичких задатака и елемената наставних садржаја;</w:t>
              <w:br/>
              <w:t>• провера физичких способности и праћење напретка у односу на индивидуалне могућности ученика;</w:t>
              <w:br/>
              <w:t>• провера познавања и примене правила и основних знања из физичког и здравственог васпитања;</w:t>
              <w:br/>
              <w:t>• праћење активности, ангажовања, сарадње, фер-плеја и одговорног односа према безбедности и здрављу;</w:t>
              <w:br/>
              <w:t>• вредновање се врши током целе школске године, уз уважавање здравственог стања и индивидуалних могућности ученика.</w:t>
            </w:r>
          </w:p>
        </w:tc>
      </w:tr>
    </w:tbl>
    <w:p>
      <w:pPr>
        <w:keepNext/>
        <w:spacing w:before="160" w:after="100"/>
        <w:jc w:val="center"/>
      </w:pPr>
      <w:r>
        <w:rPr>
          <w:b/>
          <w:color w:val="1F4E79"/>
          <w:sz w:val="28"/>
        </w:rPr>
        <w:t>КРИТЕРИЈУМИ ОЦЕЊИВАЊА</w:t>
      </w:r>
    </w:p>
    <w:p>
      <w:pPr>
        <w:jc w:val="both"/>
      </w:pPr>
      <w:r>
        <w:t>Критеријуми су дефинисани по разредима и нивоима постигнућа за оцене 5, 4, 3, 2 и 1, у складу са степеном усвојености садржаја, правилношћу извођења, самосталношћу, применом правила и ангажовањем ученика.</w:t>
      </w:r>
    </w:p>
    <w:p>
      <w:pPr>
        <w:spacing w:before="100" w:after="100"/>
        <w:jc w:val="both"/>
      </w:pPr>
      <w:r>
        <w:rPr>
          <w:b/>
          <w:sz w:val="21"/>
        </w:rPr>
        <w:t>ВАЖНО - ПОВЕЗАНО ПРАЋЕЊЕ, ВРЕДНОВАЊЕ И ОЦЕЊИВАЊЕ: Оцена ученика не формира се само на основу једног резултата или једне наставне јединице. При оцењивању се повезују елементи праћења, начин и поступак вредновања и ниво постигнућа ученика. Посебно се узимају у обзир правилност и самосталност у извођењу, напредовање у односу на индивидуалне могућности, познавање и примена правила, активност и ангажовање, сарадња и фер-плеј, као и одговоран однос према безбедности и здрављу. На основу континуираног праћења током школске године примењују се критеријуми за оцене 5, 4, 3, 2 и 1 наведени у наставку за сваки разред и наставне јединице.</w:t>
      </w:r>
    </w:p>
    <w:p>
      <w:pPr>
        <w:spacing w:after="160"/>
        <w:jc w:val="both"/>
      </w:pPr>
      <w:r>
        <w:rPr>
          <w:i/>
        </w:rPr>
        <w:t>Напомена: наставна јединица сама по себи није „за одређену оцену“. Свака наставна јединица из плана може бити оцењена оценом 5, 4, 3, 2 или 1, у зависности од степена усвојености, правилности извођења, самосталности, знања правила и ангажовања ученика. Зато су испод сваке оцене издвојене наставне јединице тог разреда/године и наведено шта се на том нивоу очекује.</w:t>
      </w:r>
    </w:p>
    <w:p>
      <w:pPr>
        <w:pStyle w:val="Heading1"/>
        <w:spacing w:before="100" w:after="120"/>
        <w:jc w:val="center"/>
        <w:keepNext/>
      </w:pPr>
      <w:r>
        <w:rPr>
          <w:b/>
          <w:color w:val="1F4E79"/>
          <w:sz w:val="30"/>
        </w:rPr>
        <w:t>V РАЗРЕД</w:t>
      </w: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ОДЛИЧАН (5)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самостално, правилно, сигурно и прецизно изводи садржаје наставне јединице, повезује знања и технику, примењује правила, показује висок ниво ангажовања, фер-плеј и одговоран однос према безбедности и здрављу.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Мерење телесне тежине и висине и тест претклон у седу (ПУС)</w:t>
              <w:br/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трчања</w:t>
              <w:br/>
              <w:t>• Атлетика: Техника спринтерског трчања (ниски старт, стартно убрзање и истрчавање до 50 м).</w:t>
              <w:br/>
              <w:t>• Атлетика: Техника штафетног трчања</w:t>
              <w:br/>
              <w:t>• Атлетика: Скок у даљ згрчном техником</w:t>
              <w:br/>
              <w:t>• Атлетика: Увежбавање пређених техничких елемената</w:t>
              <w:br/>
              <w:t>• Рукомет: Вођење лопте на различите начине у месту и кретању</w:t>
              <w:br/>
              <w:t>• Рукомет: Хватање и додавање лопте на различите начине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Спортска гимнастика: Колут напред и назад</w:t>
              <w:br/>
              <w:t>• Спортска гимнастика: Мост из лежања на леђима</w:t>
              <w:br/>
              <w:t>• Спортска гимнастика: Став на плећима "свећа"</w:t>
              <w:br/>
              <w:t>• Спортска гимнастика: Став на шакама уз помоћ</w:t>
              <w:br/>
              <w:t>• Спортска гимнастика: Премет упором странце - звезда</w:t>
              <w:br/>
              <w:t>• Спортска гимнастика: Слободни састави на тлу</w:t>
              <w:br/>
              <w:t>• Спортска гимнастика: Прескок: Разношка - предвежбе козлић 110 цм</w:t>
              <w:br/>
              <w:t>• Спортска гимнастика: Прескок: разношка - козлић 110 цм</w:t>
              <w:br/>
              <w:t>• Плес и ритмика: Моравац I и II варијанта</w:t>
              <w:br/>
              <w:t>• Разбој: наскок у упор, издржај, њих у упору, предњихом сед разножно пред рукама, приножити једном до седа ван, саскок.</w:t>
              <w:br/>
              <w:t>• Вратило - кругови: Њих и саскок у зањиху</w:t>
              <w:br/>
              <w:t>• Ниска греда: Вежба на ниској греди</w:t>
              <w:br/>
              <w:t>• Спортска гимнастика: Слободни избор справа</w:t>
              <w:br/>
              <w:t>• Рукомет: Акциона целина: Вођење лопте,додавање,пријем лопте финта у јачу страну и скок шут</w:t>
              <w:br/>
              <w:t>• Рукомет: Кретање нападача са лоптом - забадање</w:t>
              <w:br/>
              <w:t>• Рукомет: Заустављање играча са лоптом</w:t>
              <w:br/>
              <w:t>• Рукомет: Сарадња два играча у нападу - укрштање</w:t>
              <w:br/>
              <w:t>• Рукомет: Сарадња два играча у одбрани - блокирање</w:t>
              <w:br/>
              <w:t>• Рукомет: Линије контранапада</w:t>
              <w:br/>
              <w:t>• Рукомет: Систем игре 6:0</w:t>
              <w:br/>
              <w:t>• Рукомет: Игра на два гола применом система 6:0</w:t>
              <w:br/>
              <w:t>• Проверавање физичких способности. Мерење телесне тежине и висине и тест ЛИЗ</w:t>
              <w:br/>
              <w:t>• Проверавање физичких способности. Тест претклон у седу (ПУС) и (СУД)</w:t>
              <w:br/>
              <w:t>• Проверавање физичких способности. Издржај у згибу до 120 сек.(ИУЗ)</w:t>
              <w:br/>
              <w:t>• Проверавање физичких способности. Тест трчање 4 x 10 метара и SHUTLLE RUN</w:t>
              <w:br/>
              <w:t>• Атлетика: Бацање кугле 2 кг из места и бочна техника</w:t>
              <w:br/>
              <w:t>• Атлетика: Трчање на средњим дистанцама 500 м - девојчице, 800 м - дечаци</w:t>
              <w:br/>
              <w:t>• Атлетика: техника трчања</w:t>
              <w:br/>
              <w:t>• Атлетика: спринтерског трчања</w:t>
              <w:br/>
              <w:t>• Атлетика: техника спринтерског и штафетног трчања</w:t>
              <w:br/>
              <w:t>• Мали фудбал: Вођење и контрола лопте.</w:t>
              <w:br/>
              <w:t>• Мали фудбал: Примање и додавање лопте различитим деловима стопала</w:t>
              <w:br/>
              <w:t>• Мали фудбал: Шутирање на гол и основе игре у нападу (откривање)</w:t>
              <w:br/>
              <w:t>• Мали фудбал: Одузимање лопте и основе игре у одбрани (покривање)</w:t>
              <w:br/>
              <w:t>• Мали фудбал: Вежбе са два и три играча</w:t>
              <w:br/>
              <w:t>• Спортски дан</w:t>
              <w:br/>
              <w:t>• Мали фудбал: Игра са применом основних правила за мали фудбал</w:t>
              <w:br/>
              <w:t>• Кошарка: заузимање основног кошаркашког става у месту и кретању.</w:t>
              <w:br/>
              <w:t>• Кошарка: полазак у дриблинг укрштеним кораком и дриблинг са променом ритма.</w:t>
              <w:br/>
              <w:t>• Кошарка: хватање и додавање лопте у месту и кретању на различите начине</w:t>
              <w:br/>
              <w:t>• Кошарка: акциона целина: полазак у дриблин, промена ритма у дриблингу, додавање, пријем лопте и шут на кош.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Мост заклоном и усклон уз помоћ</w:t>
              <w:br/>
              <w:t>• Спортска гимнастика: Слободни састав на тлу</w:t>
              <w:br/>
              <w:t>• Спортска гимнастика: Прескок - козлић 110 цм - предвежбе за згрчку и разношку</w:t>
              <w:br/>
              <w:t>• Спортска гимнастика: Прескок - Разношка - козлић 110 цм</w:t>
              <w:br/>
              <w:t>• Спортска гимнастика: Прескок - Згрчка - козлић 110 цм</w:t>
              <w:br/>
              <w:t>• Спортска гимнастика: Прескок - Згрчка и разношка - козлић 110 цм</w:t>
              <w:br/>
              <w:t>• Спортски Дан</w:t>
              <w:br/>
              <w:t>• Атлетика: Бацање кугле бочном техником</w:t>
              <w:br/>
              <w:t>• Атлетика: тробој: техника спринтерског трчања; бацање кугле и скок у даљ</w:t>
              <w:br/>
              <w:t>• Мали фудбал: Сарадња два и три играча</w:t>
              <w:br/>
              <w:t>• Мали фудбал: Вежбе са два и три играча</w:t>
              <w:br/>
              <w:t>• Мали фудбал: Игра са применом основних правила за мали фудбал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ВРЛО ДОБАР (4)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правилно изводи већину елемената наставне јединице уз мање грешке и повремену корекцију наставника, разуме и примењује правила и активно учествује.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Мерење телесне тежине и висине и тест претклон у седу (ПУС)</w:t>
              <w:br/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трчања</w:t>
              <w:br/>
              <w:t>• Атлетика: Техника спринтерског трчања (ниски старт, стартно убрзање и истрчавање до 50 м).</w:t>
              <w:br/>
              <w:t>• Атлетика: Техника штафетног трчања</w:t>
              <w:br/>
              <w:t>• Атлетика: Скок у даљ згрчном техником</w:t>
              <w:br/>
              <w:t>• Атлетика: Увежбавање пређених техничких елемената</w:t>
              <w:br/>
              <w:t>• Рукомет: Вођење лопте на различите начине у месту и кретању</w:t>
              <w:br/>
              <w:t>• Рукомет: Хватање и додавање лопте на различите начине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Спортска гимнастика: Колут напред и назад</w:t>
              <w:br/>
              <w:t>• Спортска гимнастика: Мост из лежања на леђима</w:t>
              <w:br/>
              <w:t>• Спортска гимнастика: Став на плећима "свећа"</w:t>
              <w:br/>
              <w:t>• Спортска гимнастика: Став на шакама уз помоћ</w:t>
              <w:br/>
              <w:t>• Спортска гимнастика: Премет упором странце - звезда</w:t>
              <w:br/>
              <w:t>• Спортска гимнастика: Слободни састави на тлу</w:t>
              <w:br/>
              <w:t>• Спортска гимнастика: Прескок: Разношка - предвежбе козлић 110 цм</w:t>
              <w:br/>
              <w:t>• Спортска гимнастика: Прескок: разношка - козлић 110 цм</w:t>
              <w:br/>
              <w:t>• Плес и ритмика: Моравац I и II варијанта</w:t>
              <w:br/>
              <w:t>• Разбој: наскок у упор, издржај, њих у упору, предњихом сед разножно пред рукама, приножити једном до седа ван, саскок.</w:t>
              <w:br/>
              <w:t>• Вратило - кругови: Њих и саскок у зањиху</w:t>
              <w:br/>
              <w:t>• Ниска греда: Вежба на ниској греди</w:t>
              <w:br/>
              <w:t>• Спортска гимнастика: Слободни избор справа</w:t>
              <w:br/>
              <w:t>• Рукомет: Акциона целина: Вођење лопте,додавање,пријем лопте финта у јачу страну и скок шут</w:t>
              <w:br/>
              <w:t>• Рукомет: Кретање нападача са лоптом - забадање</w:t>
              <w:br/>
              <w:t>• Рукомет: Заустављање играча са лоптом</w:t>
              <w:br/>
              <w:t>• Рукомет: Сарадња два играча у нападу - укрштање</w:t>
              <w:br/>
              <w:t>• Рукомет: Сарадња два играча у одбрани - блокирање</w:t>
              <w:br/>
              <w:t>• Рукомет: Линије контранапада</w:t>
              <w:br/>
              <w:t>• Рукомет: Систем игре 6:0</w:t>
              <w:br/>
              <w:t>• Рукомет: Игра на два гола применом система 6:0</w:t>
              <w:br/>
              <w:t>• Проверавање физичких способности. Мерење телесне тежине и висине и тест ЛИЗ</w:t>
              <w:br/>
              <w:t>• Проверавање физичких способности. Тест претклон у седу (ПУС) и (СУД)</w:t>
              <w:br/>
              <w:t>• Проверавање физичких способности. Издржај у згибу до 120 сек.(ИУЗ)</w:t>
              <w:br/>
              <w:t>• Проверавање физичких способности. Тест трчање 4 x 10 метара и SHUTLLE RUN</w:t>
              <w:br/>
              <w:t>• Атлетика: Бацање кугле 2 кг из места и бочна техника</w:t>
              <w:br/>
              <w:t>• Атлетика: Трчање на средњим дистанцама 500 м - девојчице, 800 м - дечаци</w:t>
              <w:br/>
              <w:t>• Атлетика: техника трчања</w:t>
              <w:br/>
              <w:t>• Атлетика: спринтерског трчања</w:t>
              <w:br/>
              <w:t>• Атлетика: техника спринтерског и штафетног трчања</w:t>
              <w:br/>
              <w:t>• Мали фудбал: Вођење и контрола лопте.</w:t>
              <w:br/>
              <w:t>• Мали фудбал: Примање и додавање лопте различитим деловима стопала</w:t>
              <w:br/>
              <w:t>• Мали фудбал: Шутирање на гол и основе игре у нападу (откривање)</w:t>
              <w:br/>
              <w:t>• Мали фудбал: Одузимање лопте и основе игре у одбрани (покривање)</w:t>
              <w:br/>
              <w:t>• Мали фудбал: Вежбе са два и три играча</w:t>
              <w:br/>
              <w:t>• Спортски дан</w:t>
              <w:br/>
              <w:t>• Мали фудбал: Игра са применом основних правила за мали фудбал</w:t>
              <w:br/>
              <w:t>• Кошарка: заузимање основног кошаркашког става у месту и кретању.</w:t>
              <w:br/>
              <w:t>• Кошарка: полазак у дриблинг укрштеним кораком и дриблинг са променом ритма.</w:t>
              <w:br/>
              <w:t>• Кошарка: хватање и додавање лопте у месту и кретању на различите начине</w:t>
              <w:br/>
              <w:t>• Кошарка: акциона целина: полазак у дриблин, промена ритма у дриблингу, додавање, пријем лопте и шут на кош.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Мост заклоном и усклон уз помоћ</w:t>
              <w:br/>
              <w:t>• Спортска гимнастика: Слободни састав на тлу</w:t>
              <w:br/>
              <w:t>• Спортска гимнастика: Прескок - козлић 110 цм - предвежбе за згрчку и разношку</w:t>
              <w:br/>
              <w:t>• Спортска гимнастика: Прескок - Разношка - козлић 110 цм</w:t>
              <w:br/>
              <w:t>• Спортска гимнастика: Прескок - Згрчка - козлић 110 цм</w:t>
              <w:br/>
              <w:t>• Спортска гимнастика: Прескок - Згрчка и разношка - козлић 110 цм</w:t>
              <w:br/>
              <w:t>• Спортски Дан</w:t>
              <w:br/>
              <w:t>• Атлетика: Бацање кугле бочном техником</w:t>
              <w:br/>
              <w:t>• Атлетика: тробој: техника спринтерског трчања; бацање кугле и скок у даљ</w:t>
              <w:br/>
              <w:t>• Мали фудбал: Сарадња два и три играча</w:t>
              <w:br/>
              <w:t>• Мали фудбал: Вежбе са два и три играча</w:t>
              <w:br/>
              <w:t>• Мали фудбал: Игра са применом основних правила за мали фудбал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ДОБАР (3)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изводи основне елементе наставне јединице на задовољавајућем нивоу, уз повремене грешке и помоћ наставника; познаје основна правила и учествује у раду.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Мерење телесне тежине и висине и тест претклон у седу (ПУС)</w:t>
              <w:br/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трчања</w:t>
              <w:br/>
              <w:t>• Атлетика: Техника спринтерског трчања (ниски старт, стартно убрзање и истрчавање до 50 м).</w:t>
              <w:br/>
              <w:t>• Атлетика: Техника штафетног трчања</w:t>
              <w:br/>
              <w:t>• Атлетика: Скок у даљ згрчном техником</w:t>
              <w:br/>
              <w:t>• Атлетика: Увежбавање пређених техничких елемената</w:t>
              <w:br/>
              <w:t>• Рукомет: Вођење лопте на различите начине у месту и кретању</w:t>
              <w:br/>
              <w:t>• Рукомет: Хватање и додавање лопте на различите начине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Спортска гимнастика: Колут напред и назад</w:t>
              <w:br/>
              <w:t>• Спортска гимнастика: Мост из лежања на леђима</w:t>
              <w:br/>
              <w:t>• Спортска гимнастика: Став на плећима "свећа"</w:t>
              <w:br/>
              <w:t>• Спортска гимнастика: Став на шакама уз помоћ</w:t>
              <w:br/>
              <w:t>• Спортска гимнастика: Премет упором странце - звезда</w:t>
              <w:br/>
              <w:t>• Спортска гимнастика: Слободни састави на тлу</w:t>
              <w:br/>
              <w:t>• Спортска гимнастика: Прескок: Разношка - предвежбе козлић 110 цм</w:t>
              <w:br/>
              <w:t>• Спортска гимнастика: Прескок: разношка - козлић 110 цм</w:t>
              <w:br/>
              <w:t>• Плес и ритмика: Моравац I и II варијанта</w:t>
              <w:br/>
              <w:t>• Разбој: наскок у упор, издржај, њих у упору, предњихом сед разножно пред рукама, приножити једном до седа ван, саскок.</w:t>
              <w:br/>
              <w:t>• Вратило - кругови: Њих и саскок у зањиху</w:t>
              <w:br/>
              <w:t>• Ниска греда: Вежба на ниској греди</w:t>
              <w:br/>
              <w:t>• Спортска гимнастика: Слободни избор справа</w:t>
              <w:br/>
              <w:t>• Рукомет: Акциона целина: Вођење лопте,додавање,пријем лопте финта у јачу страну и скок шут</w:t>
              <w:br/>
              <w:t>• Рукомет: Кретање нападача са лоптом - забадање</w:t>
              <w:br/>
              <w:t>• Рукомет: Заустављање играча са лоптом</w:t>
              <w:br/>
              <w:t>• Рукомет: Сарадња два играча у нападу - укрштање</w:t>
              <w:br/>
              <w:t>• Рукомет: Сарадња два играча у одбрани - блокирање</w:t>
              <w:br/>
              <w:t>• Рукомет: Линије контранапада</w:t>
              <w:br/>
              <w:t>• Рукомет: Систем игре 6:0</w:t>
              <w:br/>
              <w:t>• Рукомет: Игра на два гола применом система 6:0</w:t>
              <w:br/>
              <w:t>• Проверавање физичких способности. Мерење телесне тежине и висине и тест ЛИЗ</w:t>
              <w:br/>
              <w:t>• Проверавање физичких способности. Тест претклон у седу (ПУС) и (СУД)</w:t>
              <w:br/>
              <w:t>• Проверавање физичких способности. Издржај у згибу до 120 сек.(ИУЗ)</w:t>
              <w:br/>
              <w:t>• Проверавање физичких способности. Тест трчање 4 x 10 метара и SHUTLLE RUN</w:t>
              <w:br/>
              <w:t>• Атлетика: Бацање кугле 2 кг из места и бочна техника</w:t>
              <w:br/>
              <w:t>• Атлетика: Трчање на средњим дистанцама 500 м - девојчице, 800 м - дечаци</w:t>
              <w:br/>
              <w:t>• Атлетика: техника трчања</w:t>
              <w:br/>
              <w:t>• Атлетика: спринтерског трчања</w:t>
              <w:br/>
              <w:t>• Атлетика: техника спринтерског и штафетног трчања</w:t>
              <w:br/>
              <w:t>• Мали фудбал: Вођење и контрола лопте.</w:t>
              <w:br/>
              <w:t>• Мали фудбал: Примање и додавање лопте различитим деловима стопала</w:t>
              <w:br/>
              <w:t>• Мали фудбал: Шутирање на гол и основе игре у нападу (откривање)</w:t>
              <w:br/>
              <w:t>• Мали фудбал: Одузимање лопте и основе игре у одбрани (покривање)</w:t>
              <w:br/>
              <w:t>• Мали фудбал: Вежбе са два и три играча</w:t>
              <w:br/>
              <w:t>• Спортски дан</w:t>
              <w:br/>
              <w:t>• Мали фудбал: Игра са применом основних правила за мали фудбал</w:t>
              <w:br/>
              <w:t>• Кошарка: заузимање основног кошаркашког става у месту и кретању.</w:t>
              <w:br/>
              <w:t>• Кошарка: полазак у дриблинг укрштеним кораком и дриблинг са променом ритма.</w:t>
              <w:br/>
              <w:t>• Кошарка: хватање и додавање лопте у месту и кретању на различите начине</w:t>
              <w:br/>
              <w:t>• Кошарка: акциона целина: полазак у дриблин, промена ритма у дриблингу, додавање, пријем лопте и шут на кош.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Мост заклоном и усклон уз помоћ</w:t>
              <w:br/>
              <w:t>• Спортска гимнастика: Слободни састав на тлу</w:t>
              <w:br/>
              <w:t>• Спортска гимнастика: Прескок - козлић 110 цм - предвежбе за згрчку и разношку</w:t>
              <w:br/>
              <w:t>• Спортска гимнастика: Прескок - Разношка - козлић 110 цм</w:t>
              <w:br/>
              <w:t>• Спортска гимнастика: Прескок - Згрчка - козлић 110 цм</w:t>
              <w:br/>
              <w:t>• Спортска гимнастика: Прескок - Згрчка и разношка - козлић 110 цм</w:t>
              <w:br/>
              <w:t>• Спортски Дан</w:t>
              <w:br/>
              <w:t>• Атлетика: Бацање кугле бочном техником</w:t>
              <w:br/>
              <w:t>• Атлетика: тробој: техника спринтерског трчања; бацање кугле и скок у даљ</w:t>
              <w:br/>
              <w:t>• Мали фудбал: Сарадња два и три играча</w:t>
              <w:br/>
              <w:t>• Мали фудбал: Вежбе са два и три играча</w:t>
              <w:br/>
              <w:t>• Мали фудбал: Игра са применом основних правила за мали фудбал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ДОВОЉАН (2)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уз значајнију помоћ наставника изводи најједноставније и основне елементе наставне јединице, препознаје основна правила и показује минималан ниво усвојености и ангажовања.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Мерење телесне тежине и висине и тест претклон у седу (ПУС)</w:t>
              <w:br/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трчања</w:t>
              <w:br/>
              <w:t>• Атлетика: Техника спринтерског трчања (ниски старт, стартно убрзање и истрчавање до 50 м).</w:t>
              <w:br/>
              <w:t>• Атлетика: Техника штафетног трчања</w:t>
              <w:br/>
              <w:t>• Атлетика: Скок у даљ згрчном техником</w:t>
              <w:br/>
              <w:t>• Атлетика: Увежбавање пређених техничких елемената</w:t>
              <w:br/>
              <w:t>• Рукомет: Вођење лопте на различите начине у месту и кретању</w:t>
              <w:br/>
              <w:t>• Рукомет: Хватање и додавање лопте на различите начине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Спортска гимнастика: Колут напред и назад</w:t>
              <w:br/>
              <w:t>• Спортска гимнастика: Мост из лежања на леђима</w:t>
              <w:br/>
              <w:t>• Спортска гимнастика: Став на плећима "свећа"</w:t>
              <w:br/>
              <w:t>• Спортска гимнастика: Став на шакама уз помоћ</w:t>
              <w:br/>
              <w:t>• Спортска гимнастика: Премет упором странце - звезда</w:t>
              <w:br/>
              <w:t>• Спортска гимнастика: Слободни састави на тлу</w:t>
              <w:br/>
              <w:t>• Спортска гимнастика: Прескок: Разношка - предвежбе козлић 110 цм</w:t>
              <w:br/>
              <w:t>• Спортска гимнастика: Прескок: разношка - козлић 110 цм</w:t>
              <w:br/>
              <w:t>• Плес и ритмика: Моравац I и II варијанта</w:t>
              <w:br/>
              <w:t>• Разбој: наскок у упор, издржај, њих у упору, предњихом сед разножно пред рукама, приножити једном до седа ван, саскок.</w:t>
              <w:br/>
              <w:t>• Вратило - кругови: Њих и саскок у зањиху</w:t>
              <w:br/>
              <w:t>• Ниска греда: Вежба на ниској греди</w:t>
              <w:br/>
              <w:t>• Спортска гимнастика: Слободни избор справа</w:t>
              <w:br/>
              <w:t>• Рукомет: Акциона целина: Вођење лопте,додавање,пријем лопте финта у јачу страну и скок шут</w:t>
              <w:br/>
              <w:t>• Рукомет: Кретање нападача са лоптом - забадање</w:t>
              <w:br/>
              <w:t>• Рукомет: Заустављање играча са лоптом</w:t>
              <w:br/>
              <w:t>• Рукомет: Сарадња два играча у нападу - укрштање</w:t>
              <w:br/>
              <w:t>• Рукомет: Сарадња два играча у одбрани - блокирање</w:t>
              <w:br/>
              <w:t>• Рукомет: Линије контранапада</w:t>
              <w:br/>
              <w:t>• Рукомет: Систем игре 6:0</w:t>
              <w:br/>
              <w:t>• Рукомет: Игра на два гола применом система 6:0</w:t>
              <w:br/>
              <w:t>• Проверавање физичких способности. Мерење телесне тежине и висине и тест ЛИЗ</w:t>
              <w:br/>
              <w:t>• Проверавање физичких способности. Тест претклон у седу (ПУС) и (СУД)</w:t>
              <w:br/>
              <w:t>• Проверавање физичких способности. Издржај у згибу до 120 сек.(ИУЗ)</w:t>
              <w:br/>
              <w:t>• Проверавање физичких способности. Тест трчање 4 x 10 метара и SHUTLLE RUN</w:t>
              <w:br/>
              <w:t>• Атлетика: Бацање кугле 2 кг из места и бочна техника</w:t>
              <w:br/>
              <w:t>• Атлетика: Трчање на средњим дистанцама 500 м - девојчице, 800 м - дечаци</w:t>
              <w:br/>
              <w:t>• Атлетика: техника трчања</w:t>
              <w:br/>
              <w:t>• Атлетика: спринтерског трчања</w:t>
              <w:br/>
              <w:t>• Атлетика: техника спринтерског и штафетног трчања</w:t>
              <w:br/>
              <w:t>• Мали фудбал: Вођење и контрола лопте.</w:t>
              <w:br/>
              <w:t>• Мали фудбал: Примање и додавање лопте различитим деловима стопала</w:t>
              <w:br/>
              <w:t>• Мали фудбал: Шутирање на гол и основе игре у нападу (откривање)</w:t>
              <w:br/>
              <w:t>• Мали фудбал: Одузимање лопте и основе игре у одбрани (покривање)</w:t>
              <w:br/>
              <w:t>• Мали фудбал: Вежбе са два и три играча</w:t>
              <w:br/>
              <w:t>• Спортски дан</w:t>
              <w:br/>
              <w:t>• Мали фудбал: Игра са применом основних правила за мали фудбал</w:t>
              <w:br/>
              <w:t>• Кошарка: заузимање основног кошаркашког става у месту и кретању.</w:t>
              <w:br/>
              <w:t>• Кошарка: полазак у дриблинг укрштеним кораком и дриблинг са променом ритма.</w:t>
              <w:br/>
              <w:t>• Кошарка: хватање и додавање лопте у месту и кретању на различите начине</w:t>
              <w:br/>
              <w:t>• Кошарка: акциона целина: полазак у дриблин, промена ритма у дриблингу, додавање, пријем лопте и шут на кош.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Мост заклоном и усклон уз помоћ</w:t>
              <w:br/>
              <w:t>• Спортска гимнастика: Слободни састав на тлу</w:t>
              <w:br/>
              <w:t>• Спортска гимнастика: Прескок - козлић 110 цм - предвежбе за згрчку и разношку</w:t>
              <w:br/>
              <w:t>• Спортска гимнастика: Прескок - Разношка - козлић 110 цм</w:t>
              <w:br/>
              <w:t>• Спортска гимнастика: Прескок - Згрчка - козлић 110 цм</w:t>
              <w:br/>
              <w:t>• Спортска гимнастика: Прескок - Згрчка и разношка - козлић 110 цм</w:t>
              <w:br/>
              <w:t>• Спортски Дан</w:t>
              <w:br/>
              <w:t>• Атлетика: Бацање кугле бочном техником</w:t>
              <w:br/>
              <w:t>• Атлетика: тробој: техника спринтерског трчања; бацање кугле и скок у даљ</w:t>
              <w:br/>
              <w:t>• Мали фудбал: Сарадња два и три играча</w:t>
              <w:br/>
              <w:t>• Мали фудбал: Вежбе са два и три играча</w:t>
              <w:br/>
              <w:t>• Мали фудбал: Игра са применом основних правила за мали фудбал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НЕДОВОЉАН (1)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ни уз помоћ наставника не показује минималну усвојеност основних елемената наставне јединице, не примењује основна правила и/или не показује потребан минимум ангажовања, уз уважавање оправданих здравствених ограничења и индивидуалних могућности.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Мерење телесне тежине и висине и тест претклон у седу (ПУС)</w:t>
              <w:br/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трчања</w:t>
              <w:br/>
              <w:t>• Атлетика: Техника спринтерског трчања (ниски старт, стартно убрзање и истрчавање до 50 м).</w:t>
              <w:br/>
              <w:t>• Атлетика: Техника штафетног трчања</w:t>
              <w:br/>
              <w:t>• Атлетика: Скок у даљ згрчном техником</w:t>
              <w:br/>
              <w:t>• Атлетика: Увежбавање пређених техничких елемената</w:t>
              <w:br/>
              <w:t>• Рукомет: Вођење лопте на различите начине у месту и кретању</w:t>
              <w:br/>
              <w:t>• Рукомет: Хватање и додавање лопте на различите начине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Спортска гимнастика: Колут напред и назад</w:t>
              <w:br/>
              <w:t>• Спортска гимнастика: Мост из лежања на леђима</w:t>
              <w:br/>
              <w:t>• Спортска гимнастика: Став на плећима "свећа"</w:t>
              <w:br/>
              <w:t>• Спортска гимнастика: Став на шакама уз помоћ</w:t>
              <w:br/>
              <w:t>• Спортска гимнастика: Премет упором странце - звезда</w:t>
              <w:br/>
              <w:t>• Спортска гимнастика: Слободни састави на тлу</w:t>
              <w:br/>
              <w:t>• Спортска гимнастика: Прескок: Разношка - предвежбе козлић 110 цм</w:t>
              <w:br/>
              <w:t>• Спортска гимнастика: Прескок: разношка - козлић 110 цм</w:t>
              <w:br/>
              <w:t>• Плес и ритмика: Моравац I и II варијанта</w:t>
              <w:br/>
              <w:t>• Разбој: наскок у упор, издржај, њих у упору, предњихом сед разножно пред рукама, приножити једном до седа ван, саскок.</w:t>
              <w:br/>
              <w:t>• Вратило - кругови: Њих и саскок у зањиху</w:t>
              <w:br/>
              <w:t>• Ниска греда: Вежба на ниској греди</w:t>
              <w:br/>
              <w:t>• Спортска гимнастика: Слободни избор справа</w:t>
              <w:br/>
              <w:t>• Рукомет: Акциона целина: Вођење лопте,додавање,пријем лопте финта у јачу страну и скок шут</w:t>
              <w:br/>
              <w:t>• Рукомет: Кретање нападача са лоптом - забадање</w:t>
              <w:br/>
              <w:t>• Рукомет: Заустављање играча са лоптом</w:t>
              <w:br/>
              <w:t>• Рукомет: Сарадња два играча у нападу - укрштање</w:t>
              <w:br/>
              <w:t>• Рукомет: Сарадња два играча у одбрани - блокирање</w:t>
              <w:br/>
              <w:t>• Рукомет: Линије контранапада</w:t>
              <w:br/>
              <w:t>• Рукомет: Систем игре 6:0</w:t>
              <w:br/>
              <w:t>• Рукомет: Игра на два гола применом система 6:0</w:t>
              <w:br/>
              <w:t>• Проверавање физичких способности. Мерење телесне тежине и висине и тест ЛИЗ</w:t>
              <w:br/>
              <w:t>• Проверавање физичких способности. Тест претклон у седу (ПУС) и (СУД)</w:t>
              <w:br/>
              <w:t>• Проверавање физичких способности. Издржај у згибу до 120 сек.(ИУЗ)</w:t>
              <w:br/>
              <w:t>• Проверавање физичких способности. Тест трчање 4 x 10 метара и SHUTLLE RUN</w:t>
              <w:br/>
              <w:t>• Атлетика: Бацање кугле 2 кг из места и бочна техника</w:t>
              <w:br/>
              <w:t>• Атлетика: Трчање на средњим дистанцама 500 м - девојчице, 800 м - дечаци</w:t>
              <w:br/>
              <w:t>• Атлетика: техника трчања</w:t>
              <w:br/>
              <w:t>• Атлетика: спринтерског трчања</w:t>
              <w:br/>
              <w:t>• Атлетика: техника спринтерског и штафетног трчања</w:t>
              <w:br/>
              <w:t>• Мали фудбал: Вођење и контрола лопте.</w:t>
              <w:br/>
              <w:t>• Мали фудбал: Примање и додавање лопте различитим деловима стопала</w:t>
              <w:br/>
              <w:t>• Мали фудбал: Шутирање на гол и основе игре у нападу (откривање)</w:t>
              <w:br/>
              <w:t>• Мали фудбал: Одузимање лопте и основе игре у одбрани (покривање)</w:t>
              <w:br/>
              <w:t>• Мали фудбал: Вежбе са два и три играча</w:t>
              <w:br/>
              <w:t>• Спортски дан</w:t>
              <w:br/>
              <w:t>• Мали фудбал: Игра са применом основних правила за мали фудбал</w:t>
              <w:br/>
              <w:t>• Кошарка: заузимање основног кошаркашког става у месту и кретању.</w:t>
              <w:br/>
              <w:t>• Кошарка: полазак у дриблинг укрштеним кораком и дриблинг са променом ритма.</w:t>
              <w:br/>
              <w:t>• Кошарка: хватање и додавање лопте у месту и кретању на различите начине</w:t>
              <w:br/>
              <w:t>• Кошарка: акциона целина: полазак у дриблин, промена ритма у дриблингу, додавање, пријем лопте и шут на кош.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Мост заклоном и усклон уз помоћ</w:t>
              <w:br/>
              <w:t>• Спортска гимнастика: Слободни састав на тлу</w:t>
              <w:br/>
              <w:t>• Спортска гимнастика: Прескок - козлић 110 цм - предвежбе за згрчку и разношку</w:t>
              <w:br/>
              <w:t>• Спортска гимнастика: Прескок - Разношка - козлић 110 цм</w:t>
              <w:br/>
              <w:t>• Спортска гимнастика: Прескок - Згрчка - козлић 110 цм</w:t>
              <w:br/>
              <w:t>• Спортска гимнастика: Прескок - Згрчка и разношка - козлић 110 цм</w:t>
              <w:br/>
              <w:t>• Спортски Дан</w:t>
              <w:br/>
              <w:t>• Атлетика: Бацање кугле бочном техником</w:t>
              <w:br/>
              <w:t>• Атлетика: тробој: техника спринтерског трчања; бацање кугле и скок у даљ</w:t>
              <w:br/>
              <w:t>• Мали фудбал: Сарадња два и три играча</w:t>
              <w:br/>
              <w:t>• Мали фудбал: Вежбе са два и три играча</w:t>
              <w:br/>
              <w:t>• Мали фудбал: Игра са применом основних правила за мали фудбал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pageBreakBefore/>
        <w:spacing w:before="100" w:after="120"/>
        <w:jc w:val="center"/>
        <w:keepNext/>
      </w:pPr>
      <w:r>
        <w:rPr>
          <w:b/>
          <w:color w:val="1F4E79"/>
          <w:sz w:val="30"/>
        </w:rPr>
        <w:t>VI РАЗРЕД</w:t>
      </w: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ОДЛИЧАН (5)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самостално, правилно, сигурно и прецизно изводи садржаје наставне јединице, повезује знања и технику, примењује правила, показује висок ниво ангажовања, фер-плеј и одговоран однос према безбедности и здрављу.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Мерење телесне тежине и висине и тест претклон у седу (ПУС)</w:t>
              <w:br/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штафетног трчања</w:t>
              <w:br/>
              <w:t>• Атлетика: Скок у даљ техником увинуће - предвежбе</w:t>
              <w:br/>
              <w:t>• Атлетика: Скок у даљ техником увинуће</w:t>
              <w:br/>
              <w:t>• Атлетика: Увежбавање пређених техничких елемената</w:t>
              <w:br/>
              <w:t>• Кошарка: Заузимање основног кошаркашког става са лоптом у месту и кретању у једном и два контакта</w:t>
              <w:br/>
              <w:t>• Кошарка: Укрштени полазак у дриблинг</w:t>
              <w:br/>
              <w:t>• Кошарка: Предња промена руке у дриблингу у месту и кретању</w:t>
              <w:br/>
              <w:t>• Кошарка: Пивотирање грудно и леђно</w:t>
              <w:br/>
              <w:t>• Кошарка: Хватање и додавање на различите начине у месту и кретању</w:t>
              <w:br/>
              <w:t>• Кошарка: Двокорак у бољу страну из места и кретања</w:t>
              <w:br/>
              <w:t>• Кошарка: Акциона целина: Дриблинг са променом правца, додавање, кретање без лопте пријем и двокорак</w:t>
              <w:br/>
              <w:t>• Спортска гимнастика: Колут напред и назад</w:t>
              <w:br/>
              <w:t>• Спортска гимнастика: Став на плећима "свећа"</w:t>
              <w:br/>
              <w:t>• Спортска гимнастика: Став на шакама уз помоћ</w:t>
              <w:br/>
              <w:t>• Спортска гимнастика: Премет упором странце - звезда</w:t>
              <w:br/>
              <w:t>• Спортска гимнастика: Слободни састави на тлу</w:t>
              <w:br/>
              <w:t>• Спортска гимнастика: Прескок: Разношка и згрчка - предвежбе козлић 120 цм</w:t>
              <w:br/>
              <w:t>• Спортска гимнастика: Прескок: Разношка и згрчка - козлић 120 цм</w:t>
              <w:br/>
              <w:t>• Спортска гимнастика: Двовисински разбој. Вежба на двовисинском разбоју за дечаке и девојчице</w:t>
              <w:br/>
              <w:t>• Спортска гимнастика: Разбој: Вежба на разбоју за дечаке Двовисински разбој: Вежба на двовисинском разбоју за девојчице</w:t>
              <w:br/>
              <w:t>• Спортска гимнастика: Разбој: Вежба на разбоју за дечаке Ниска греда: вежба на ниској греди за девојчице</w:t>
              <w:br/>
              <w:t>• Спортска гимнастика: увежбавање пређених гимнастичких елемената:</w:t>
              <w:br/>
              <w:t>• Спортска гимнастика: Слободни избор справа</w:t>
              <w:br/>
              <w:t>• Плес и ритмика: Моравац III варијанта</w:t>
              <w:br/>
              <w:t>• Спортска гимнастика: Љуљање на круговима мањом амплитудом и саскоци уз помоћ наставника</w:t>
              <w:br/>
              <w:t>• Спортска гимнастика: Вратило: Њихање са повећаним амплитудама и саскок у зањиху.</w:t>
              <w:br/>
              <w:t>• Спортска гимнастика: Висока греда девојчице, коњ са хватаљкама дечаци</w:t>
              <w:br/>
              <w:t>• Кошарка: Кретање у паралелном и дијагоналном кошаркашком ставу</w:t>
              <w:br/>
              <w:t>• Кошарка: Чување играча са лоптом игра 1:1</w:t>
              <w:br/>
              <w:t>• Кошарка: Отварање контранапада са два и три играча</w:t>
              <w:br/>
              <w:t>• Кошарка: Сарадња два играча у нападу и одбрани front-door и back-door</w:t>
              <w:br/>
              <w:t>• Кошарка: Игра 2:2</w:t>
              <w:br/>
              <w:t>• Кошарка: Сарадња три играча у нападу и одбрани passing game</w:t>
              <w:br/>
              <w:t>• Кошарка: игра 3:3</w:t>
              <w:br/>
              <w:t>• Кошарка: игра 5:5 по принципу passing game</w:t>
              <w:br/>
              <w:t>• Проверавање физичких способности. Мерење телесне тежине и висине и тест ЛИЗ</w:t>
              <w:br/>
              <w:t>• Проверавање физичких способности. Тест претклон у седу (ПУС) и (СУД)</w:t>
              <w:br/>
              <w:t>• Проверавање физичких способности. Издржај у згибу до 120 сек.(ИУЗ)</w:t>
              <w:br/>
              <w:t>• Проверавање физичких способности. Тест трчање 4 x 10 метара и SHUTLLE RUN</w:t>
              <w:br/>
              <w:t>• Атлетика: Бацање кугле 2 кг бочном техником</w:t>
              <w:br/>
              <w:t>• Плес и ритмика: Моравац IV варијанта</w:t>
              <w:br/>
              <w:t>• Атлетика: техника трчања</w:t>
              <w:br/>
              <w:t>• Атлетика: спринтерског трчања</w:t>
              <w:br/>
              <w:t>• Атлетика: техника спринтерског и штафетног трчања</w:t>
              <w:br/>
              <w:t>• Мали фудбал: Вођење и контрола лопте.</w:t>
              <w:br/>
              <w:t>• Мали фудбал: Примање и додавање лопте различитим деловима стопала</w:t>
              <w:br/>
              <w:t>• Мали фудбал: Шутирање на гол и основе игре у нападу (откривање)</w:t>
              <w:br/>
              <w:t>• Мали фудбал: Одузимање лопте и основе игре у одбрани (покривање)</w:t>
              <w:br/>
              <w:t>• Мали фудбал: Вежбе са два и три играча</w:t>
              <w:br/>
              <w:t>• Спортски дан</w:t>
              <w:br/>
              <w:t>• Мали фудбал: Игра са применом основних правила за мали фудбал</w:t>
              <w:br/>
              <w:t>• Кошарка: заузимање основног кошаркашког става у месту и кретању.</w:t>
              <w:br/>
              <w:t>• Кошарка: полазак у дриблинг укрштеним кораком и дриблинг са променом ритма.</w:t>
              <w:br/>
              <w:t>• Кошарка: хватање и додавање лопте у месту и кретању на различите начине</w:t>
              <w:br/>
              <w:t>• Кошарка: акциона целина: полазак у дриблин, промена ритма у дриблингу, додавање, пријем лопте и шут на кош.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Мост заклоном и усклон уз помоћ</w:t>
              <w:br/>
              <w:t>• Спортска гимнастика: Слободни састав на тлу</w:t>
              <w:br/>
              <w:t>• Спортска гимнастика: Прескок - козлић 110 цм - предвежбе за згрчку и разношку</w:t>
              <w:br/>
              <w:t>• Спортска гимнастика: Прескок - Разношка - козлић 110 цм</w:t>
              <w:br/>
              <w:t>• Спортска гимнастика: Прескок - Згрчка - козлић 110 цм</w:t>
              <w:br/>
              <w:t>• Спортска гимнастика: Прескок - Згрчка и разношка - козлић 110 цм</w:t>
              <w:br/>
              <w:t>• Спортски Дан</w:t>
              <w:br/>
              <w:t>• Атлетика: Скок у даљ згрчном техником</w:t>
              <w:br/>
              <w:t>• Атлетика: Бацање кугле бочном техником</w:t>
              <w:br/>
              <w:t>• Атлетика: тробој: техника спринтерског трчања; бацање кугле и скок у даљ</w:t>
              <w:br/>
              <w:t>• Мали фудбал: Сарадња два и три играча</w:t>
              <w:br/>
              <w:t>• Мали фудбал: Вежбе са два и три играча</w:t>
              <w:br/>
              <w:t>• Мали фудбал: Игра са применом основних правила за мали фудбал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ВРЛО ДОБАР (4)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правилно изводи већину елемената наставне јединице уз мање грешке и повремену корекцију наставника, разуме и примењује правила и активно учествује.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Мерење телесне тежине и висине и тест претклон у седу (ПУС)</w:t>
              <w:br/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штафетног трчања</w:t>
              <w:br/>
              <w:t>• Атлетика: Скок у даљ техником увинуће - предвежбе</w:t>
              <w:br/>
              <w:t>• Атлетика: Скок у даљ техником увинуће</w:t>
              <w:br/>
              <w:t>• Атлетика: Увежбавање пређених техничких елемената</w:t>
              <w:br/>
              <w:t>• Кошарка: Заузимање основног кошаркашког става са лоптом у месту и кретању у једном и два контакта</w:t>
              <w:br/>
              <w:t>• Кошарка: Укрштени полазак у дриблинг</w:t>
              <w:br/>
              <w:t>• Кошарка: Предња промена руке у дриблингу у месту и кретању</w:t>
              <w:br/>
              <w:t>• Кошарка: Пивотирање грудно и леђно</w:t>
              <w:br/>
              <w:t>• Кошарка: Хватање и додавање на различите начине у месту и кретању</w:t>
              <w:br/>
              <w:t>• Кошарка: Двокорак у бољу страну из места и кретања</w:t>
              <w:br/>
              <w:t>• Кошарка: Акциона целина: Дриблинг са променом правца, додавање, кретање без лопте пријем и двокорак</w:t>
              <w:br/>
              <w:t>• Спортска гимнастика: Колут напред и назад</w:t>
              <w:br/>
              <w:t>• Спортска гимнастика: Став на плећима "свећа"</w:t>
              <w:br/>
              <w:t>• Спортска гимнастика: Став на шакама уз помоћ</w:t>
              <w:br/>
              <w:t>• Спортска гимнастика: Премет упором странце - звезда</w:t>
              <w:br/>
              <w:t>• Спортска гимнастика: Слободни састави на тлу</w:t>
              <w:br/>
              <w:t>• Спортска гимнастика: Прескок: Разношка и згрчка - предвежбе козлић 120 цм</w:t>
              <w:br/>
              <w:t>• Спортска гимнастика: Прескок: Разношка и згрчка - козлић 120 цм</w:t>
              <w:br/>
              <w:t>• Спортска гимнастика: Двовисински разбој. Вежба на двовисинском разбоју за дечаке и девојчице</w:t>
              <w:br/>
              <w:t>• Спортска гимнастика: Разбој: Вежба на разбоју за дечаке Двовисински разбој: Вежба на двовисинском разбоју за девојчице</w:t>
              <w:br/>
              <w:t>• Спортска гимнастика: Разбој: Вежба на разбоју за дечаке Ниска греда: вежба на ниској греди за девојчице</w:t>
              <w:br/>
              <w:t>• Спортска гимнастика: увежбавање пређених гимнастичких елемената:</w:t>
              <w:br/>
              <w:t>• Спортска гимнастика: Слободни избор справа</w:t>
              <w:br/>
              <w:t>• Плес и ритмика: Моравац III варијанта</w:t>
              <w:br/>
              <w:t>• Спортска гимнастика: Љуљање на круговима мањом амплитудом и саскоци уз помоћ наставника</w:t>
              <w:br/>
              <w:t>• Спортска гимнастика: Вратило: Њихање са повећаним амплитудама и саскок у зањиху.</w:t>
              <w:br/>
              <w:t>• Спортска гимнастика: Висока греда девојчице, коњ са хватаљкама дечаци</w:t>
              <w:br/>
              <w:t>• Кошарка: Кретање у паралелном и дијагоналном кошаркашком ставу</w:t>
              <w:br/>
              <w:t>• Кошарка: Чување играча са лоптом игра 1:1</w:t>
              <w:br/>
              <w:t>• Кошарка: Отварање контранапада са два и три играча</w:t>
              <w:br/>
              <w:t>• Кошарка: Сарадња два играча у нападу и одбрани front-door и back-door</w:t>
              <w:br/>
              <w:t>• Кошарка: Игра 2:2</w:t>
              <w:br/>
              <w:t>• Кошарка: Сарадња три играча у нападу и одбрани passing game</w:t>
              <w:br/>
              <w:t>• Кошарка: игра 3:3</w:t>
              <w:br/>
              <w:t>• Кошарка: игра 5:5 по принципу passing game</w:t>
              <w:br/>
              <w:t>• Проверавање физичких способности. Мерење телесне тежине и висине и тест ЛИЗ</w:t>
              <w:br/>
              <w:t>• Проверавање физичких способности. Тест претклон у седу (ПУС) и (СУД)</w:t>
              <w:br/>
              <w:t>• Проверавање физичких способности. Издржај у згибу до 120 сек.(ИУЗ)</w:t>
              <w:br/>
              <w:t>• Проверавање физичких способности. Тест трчање 4 x 10 метара и SHUTLLE RUN</w:t>
              <w:br/>
              <w:t>• Атлетика: Бацање кугле 2 кг бочном техником</w:t>
              <w:br/>
              <w:t>• Плес и ритмика: Моравац IV варијанта</w:t>
              <w:br/>
              <w:t>• Атлетика: техника трчања</w:t>
              <w:br/>
              <w:t>• Атлетика: спринтерског трчања</w:t>
              <w:br/>
              <w:t>• Атлетика: техника спринтерског и штафетног трчања</w:t>
              <w:br/>
              <w:t>• Мали фудбал: Вођење и контрола лопте.</w:t>
              <w:br/>
              <w:t>• Мали фудбал: Примање и додавање лопте различитим деловима стопала</w:t>
              <w:br/>
              <w:t>• Мали фудбал: Шутирање на гол и основе игре у нападу (откривање)</w:t>
              <w:br/>
              <w:t>• Мали фудбал: Одузимање лопте и основе игре у одбрани (покривање)</w:t>
              <w:br/>
              <w:t>• Мали фудбал: Вежбе са два и три играча</w:t>
              <w:br/>
              <w:t>• Спортски дан</w:t>
              <w:br/>
              <w:t>• Мали фудбал: Игра са применом основних правила за мали фудбал</w:t>
              <w:br/>
              <w:t>• Кошарка: заузимање основног кошаркашког става у месту и кретању.</w:t>
              <w:br/>
              <w:t>• Кошарка: полазак у дриблинг укрштеним кораком и дриблинг са променом ритма.</w:t>
              <w:br/>
              <w:t>• Кошарка: хватање и додавање лопте у месту и кретању на различите начине</w:t>
              <w:br/>
              <w:t>• Кошарка: акциона целина: полазак у дриблин, промена ритма у дриблингу, додавање, пријем лопте и шут на кош.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Мост заклоном и усклон уз помоћ</w:t>
              <w:br/>
              <w:t>• Спортска гимнастика: Слободни састав на тлу</w:t>
              <w:br/>
              <w:t>• Спортска гимнастика: Прескок - козлић 110 цм - предвежбе за згрчку и разношку</w:t>
              <w:br/>
              <w:t>• Спортска гимнастика: Прескок - Разношка - козлић 110 цм</w:t>
              <w:br/>
              <w:t>• Спортска гимнастика: Прескок - Згрчка - козлић 110 цм</w:t>
              <w:br/>
              <w:t>• Спортска гимнастика: Прескок - Згрчка и разношка - козлић 110 цм</w:t>
              <w:br/>
              <w:t>• Спортски Дан</w:t>
              <w:br/>
              <w:t>• Атлетика: Скок у даљ згрчном техником</w:t>
              <w:br/>
              <w:t>• Атлетика: Бацање кугле бочном техником</w:t>
              <w:br/>
              <w:t>• Атлетика: тробој: техника спринтерског трчања; бацање кугле и скок у даљ</w:t>
              <w:br/>
              <w:t>• Мали фудбал: Сарадња два и три играча</w:t>
              <w:br/>
              <w:t>• Мали фудбал: Вежбе са два и три играча</w:t>
              <w:br/>
              <w:t>• Мали фудбал: Игра са применом основних правила за мали фудбал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ДОБАР (3)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изводи основне елементе наставне јединице на задовољавајућем нивоу, уз повремене грешке и помоћ наставника; познаје основна правила и учествује у раду.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Мерење телесне тежине и висине и тест претклон у седу (ПУС)</w:t>
              <w:br/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штафетног трчања</w:t>
              <w:br/>
              <w:t>• Атлетика: Скок у даљ техником увинуће - предвежбе</w:t>
              <w:br/>
              <w:t>• Атлетика: Скок у даљ техником увинуће</w:t>
              <w:br/>
              <w:t>• Атлетика: Увежбавање пређених техничких елемената</w:t>
              <w:br/>
              <w:t>• Кошарка: Заузимање основног кошаркашког става са лоптом у месту и кретању у једном и два контакта</w:t>
              <w:br/>
              <w:t>• Кошарка: Укрштени полазак у дриблинг</w:t>
              <w:br/>
              <w:t>• Кошарка: Предња промена руке у дриблингу у месту и кретању</w:t>
              <w:br/>
              <w:t>• Кошарка: Пивотирање грудно и леђно</w:t>
              <w:br/>
              <w:t>• Кошарка: Хватање и додавање на различите начине у месту и кретању</w:t>
              <w:br/>
              <w:t>• Кошарка: Двокорак у бољу страну из места и кретања</w:t>
              <w:br/>
              <w:t>• Кошарка: Акциона целина: Дриблинг са променом правца, додавање, кретање без лопте пријем и двокорак</w:t>
              <w:br/>
              <w:t>• Спортска гимнастика: Колут напред и назад</w:t>
              <w:br/>
              <w:t>• Спортска гимнастика: Став на плећима "свећа"</w:t>
              <w:br/>
              <w:t>• Спортска гимнастика: Став на шакама уз помоћ</w:t>
              <w:br/>
              <w:t>• Спортска гимнастика: Премет упором странце - звезда</w:t>
              <w:br/>
              <w:t>• Спортска гимнастика: Слободни састави на тлу</w:t>
              <w:br/>
              <w:t>• Спортска гимнастика: Прескок: Разношка и згрчка - предвежбе козлић 120 цм</w:t>
              <w:br/>
              <w:t>• Спортска гимнастика: Прескок: Разношка и згрчка - козлић 120 цм</w:t>
              <w:br/>
              <w:t>• Спортска гимнастика: Двовисински разбој. Вежба на двовисинском разбоју за дечаке и девојчице</w:t>
              <w:br/>
              <w:t>• Спортска гимнастика: Разбој: Вежба на разбоју за дечаке Двовисински разбој: Вежба на двовисинском разбоју за девојчице</w:t>
              <w:br/>
              <w:t>• Спортска гимнастика: Разбој: Вежба на разбоју за дечаке Ниска греда: вежба на ниској греди за девојчице</w:t>
              <w:br/>
              <w:t>• Спортска гимнастика: увежбавање пређених гимнастичких елемената:</w:t>
              <w:br/>
              <w:t>• Спортска гимнастика: Слободни избор справа</w:t>
              <w:br/>
              <w:t>• Плес и ритмика: Моравац III варијанта</w:t>
              <w:br/>
              <w:t>• Спортска гимнастика: Љуљање на круговима мањом амплитудом и саскоци уз помоћ наставника</w:t>
              <w:br/>
              <w:t>• Спортска гимнастика: Вратило: Њихање са повећаним амплитудама и саскок у зањиху.</w:t>
              <w:br/>
              <w:t>• Спортска гимнастика: Висока греда девојчице, коњ са хватаљкама дечаци</w:t>
              <w:br/>
              <w:t>• Кошарка: Кретање у паралелном и дијагоналном кошаркашком ставу</w:t>
              <w:br/>
              <w:t>• Кошарка: Чување играча са лоптом игра 1:1</w:t>
              <w:br/>
              <w:t>• Кошарка: Отварање контранапада са два и три играча</w:t>
              <w:br/>
              <w:t>• Кошарка: Сарадња два играча у нападу и одбрани front-door и back-door</w:t>
              <w:br/>
              <w:t>• Кошарка: Игра 2:2</w:t>
              <w:br/>
              <w:t>• Кошарка: Сарадња три играча у нападу и одбрани passing game</w:t>
              <w:br/>
              <w:t>• Кошарка: игра 3:3</w:t>
              <w:br/>
              <w:t>• Кошарка: игра 5:5 по принципу passing game</w:t>
              <w:br/>
              <w:t>• Проверавање физичких способности. Мерење телесне тежине и висине и тест ЛИЗ</w:t>
              <w:br/>
              <w:t>• Проверавање физичких способности. Тест претклон у седу (ПУС) и (СУД)</w:t>
              <w:br/>
              <w:t>• Проверавање физичких способности. Издржај у згибу до 120 сек.(ИУЗ)</w:t>
              <w:br/>
              <w:t>• Проверавање физичких способности. Тест трчање 4 x 10 метара и SHUTLLE RUN</w:t>
              <w:br/>
              <w:t>• Атлетика: Бацање кугле 2 кг бочном техником</w:t>
              <w:br/>
              <w:t>• Плес и ритмика: Моравац IV варијанта</w:t>
              <w:br/>
              <w:t>• Атлетика: техника трчања</w:t>
              <w:br/>
              <w:t>• Атлетика: спринтерског трчања</w:t>
              <w:br/>
              <w:t>• Атлетика: техника спринтерског и штафетног трчања</w:t>
              <w:br/>
              <w:t>• Мали фудбал: Вођење и контрола лопте.</w:t>
              <w:br/>
              <w:t>• Мали фудбал: Примање и додавање лопте различитим деловима стопала</w:t>
              <w:br/>
              <w:t>• Мали фудбал: Шутирање на гол и основе игре у нападу (откривање)</w:t>
              <w:br/>
              <w:t>• Мали фудбал: Одузимање лопте и основе игре у одбрани (покривање)</w:t>
              <w:br/>
              <w:t>• Мали фудбал: Вежбе са два и три играча</w:t>
              <w:br/>
              <w:t>• Спортски дан</w:t>
              <w:br/>
              <w:t>• Мали фудбал: Игра са применом основних правила за мали фудбал</w:t>
              <w:br/>
              <w:t>• Кошарка: заузимање основног кошаркашког става у месту и кретању.</w:t>
              <w:br/>
              <w:t>• Кошарка: полазак у дриблинг укрштеним кораком и дриблинг са променом ритма.</w:t>
              <w:br/>
              <w:t>• Кошарка: хватање и додавање лопте у месту и кретању на различите начине</w:t>
              <w:br/>
              <w:t>• Кошарка: акциона целина: полазак у дриблин, промена ритма у дриблингу, додавање, пријем лопте и шут на кош.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Мост заклоном и усклон уз помоћ</w:t>
              <w:br/>
              <w:t>• Спортска гимнастика: Слободни састав на тлу</w:t>
              <w:br/>
              <w:t>• Спортска гимнастика: Прескок - козлић 110 цм - предвежбе за згрчку и разношку</w:t>
              <w:br/>
              <w:t>• Спортска гимнастика: Прескок - Разношка - козлић 110 цм</w:t>
              <w:br/>
              <w:t>• Спортска гимнастика: Прескок - Згрчка - козлић 110 цм</w:t>
              <w:br/>
              <w:t>• Спортска гимнастика: Прескок - Згрчка и разношка - козлић 110 цм</w:t>
              <w:br/>
              <w:t>• Спортски Дан</w:t>
              <w:br/>
              <w:t>• Атлетика: Скок у даљ згрчном техником</w:t>
              <w:br/>
              <w:t>• Атлетика: Бацање кугле бочном техником</w:t>
              <w:br/>
              <w:t>• Атлетика: тробој: техника спринтерског трчања; бацање кугле и скок у даљ</w:t>
              <w:br/>
              <w:t>• Мали фудбал: Сарадња два и три играча</w:t>
              <w:br/>
              <w:t>• Мали фудбал: Вежбе са два и три играча</w:t>
              <w:br/>
              <w:t>• Мали фудбал: Игра са применом основних правила за мали фудбал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ДОВОЉАН (2)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уз значајнију помоћ наставника изводи најједноставније и основне елементе наставне јединице, препознаје основна правила и показује минималан ниво усвојености и ангажовања.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Мерење телесне тежине и висине и тест претклон у седу (ПУС)</w:t>
              <w:br/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штафетног трчања</w:t>
              <w:br/>
              <w:t>• Атлетика: Скок у даљ техником увинуће - предвежбе</w:t>
              <w:br/>
              <w:t>• Атлетика: Скок у даљ техником увинуће</w:t>
              <w:br/>
              <w:t>• Атлетика: Увежбавање пређених техничких елемената</w:t>
              <w:br/>
              <w:t>• Кошарка: Заузимање основног кошаркашког става са лоптом у месту и кретању у једном и два контакта</w:t>
              <w:br/>
              <w:t>• Кошарка: Укрштени полазак у дриблинг</w:t>
              <w:br/>
              <w:t>• Кошарка: Предња промена руке у дриблингу у месту и кретању</w:t>
              <w:br/>
              <w:t>• Кошарка: Пивотирање грудно и леђно</w:t>
              <w:br/>
              <w:t>• Кошарка: Хватање и додавање на различите начине у месту и кретању</w:t>
              <w:br/>
              <w:t>• Кошарка: Двокорак у бољу страну из места и кретања</w:t>
              <w:br/>
              <w:t>• Кошарка: Акциона целина: Дриблинг са променом правца, додавање, кретање без лопте пријем и двокорак</w:t>
              <w:br/>
              <w:t>• Спортска гимнастика: Колут напред и назад</w:t>
              <w:br/>
              <w:t>• Спортска гимнастика: Став на плећима "свећа"</w:t>
              <w:br/>
              <w:t>• Спортска гимнастика: Став на шакама уз помоћ</w:t>
              <w:br/>
              <w:t>• Спортска гимнастика: Премет упором странце - звезда</w:t>
              <w:br/>
              <w:t>• Спортска гимнастика: Слободни састави на тлу</w:t>
              <w:br/>
              <w:t>• Спортска гимнастика: Прескок: Разношка и згрчка - предвежбе козлић 120 цм</w:t>
              <w:br/>
              <w:t>• Спортска гимнастика: Прескок: Разношка и згрчка - козлић 120 цм</w:t>
              <w:br/>
              <w:t>• Спортска гимнастика: Двовисински разбој. Вежба на двовисинском разбоју за дечаке и девојчице</w:t>
              <w:br/>
              <w:t>• Спортска гимнастика: Разбој: Вежба на разбоју за дечаке Двовисински разбој: Вежба на двовисинском разбоју за девојчице</w:t>
              <w:br/>
              <w:t>• Спортска гимнастика: Разбој: Вежба на разбоју за дечаке Ниска греда: вежба на ниској греди за девојчице</w:t>
              <w:br/>
              <w:t>• Спортска гимнастика: увежбавање пређених гимнастичких елемената:</w:t>
              <w:br/>
              <w:t>• Спортска гимнастика: Слободни избор справа</w:t>
              <w:br/>
              <w:t>• Плес и ритмика: Моравац III варијанта</w:t>
              <w:br/>
              <w:t>• Спортска гимнастика: Љуљање на круговима мањом амплитудом и саскоци уз помоћ наставника</w:t>
              <w:br/>
              <w:t>• Спортска гимнастика: Вратило: Њихање са повећаним амплитудама и саскок у зањиху.</w:t>
              <w:br/>
              <w:t>• Спортска гимнастика: Висока греда девојчице, коњ са хватаљкама дечаци</w:t>
              <w:br/>
              <w:t>• Кошарка: Кретање у паралелном и дијагоналном кошаркашком ставу</w:t>
              <w:br/>
              <w:t>• Кошарка: Чување играча са лоптом игра 1:1</w:t>
              <w:br/>
              <w:t>• Кошарка: Отварање контранапада са два и три играча</w:t>
              <w:br/>
              <w:t>• Кошарка: Сарадња два играча у нападу и одбрани front-door и back-door</w:t>
              <w:br/>
              <w:t>• Кошарка: Игра 2:2</w:t>
              <w:br/>
              <w:t>• Кошарка: Сарадња три играча у нападу и одбрани passing game</w:t>
              <w:br/>
              <w:t>• Кошарка: игра 3:3</w:t>
              <w:br/>
              <w:t>• Кошарка: игра 5:5 по принципу passing game</w:t>
              <w:br/>
              <w:t>• Проверавање физичких способности. Мерење телесне тежине и висине и тест ЛИЗ</w:t>
              <w:br/>
              <w:t>• Проверавање физичких способности. Тест претклон у седу (ПУС) и (СУД)</w:t>
              <w:br/>
              <w:t>• Проверавање физичких способности. Издржај у згибу до 120 сек.(ИУЗ)</w:t>
              <w:br/>
              <w:t>• Проверавање физичких способности. Тест трчање 4 x 10 метара и SHUTLLE RUN</w:t>
              <w:br/>
              <w:t>• Атлетика: Бацање кугле 2 кг бочном техником</w:t>
              <w:br/>
              <w:t>• Плес и ритмика: Моравац IV варијанта</w:t>
              <w:br/>
              <w:t>• Атлетика: техника трчања</w:t>
              <w:br/>
              <w:t>• Атлетика: спринтерског трчања</w:t>
              <w:br/>
              <w:t>• Атлетика: техника спринтерског и штафетног трчања</w:t>
              <w:br/>
              <w:t>• Мали фудбал: Вођење и контрола лопте.</w:t>
              <w:br/>
              <w:t>• Мали фудбал: Примање и додавање лопте различитим деловима стопала</w:t>
              <w:br/>
              <w:t>• Мали фудбал: Шутирање на гол и основе игре у нападу (откривање)</w:t>
              <w:br/>
              <w:t>• Мали фудбал: Одузимање лопте и основе игре у одбрани (покривање)</w:t>
              <w:br/>
              <w:t>• Мали фудбал: Вежбе са два и три играча</w:t>
              <w:br/>
              <w:t>• Спортски дан</w:t>
              <w:br/>
              <w:t>• Мали фудбал: Игра са применом основних правила за мали фудбал</w:t>
              <w:br/>
              <w:t>• Кошарка: заузимање основног кошаркашког става у месту и кретању.</w:t>
              <w:br/>
              <w:t>• Кошарка: полазак у дриблинг укрштеним кораком и дриблинг са променом ритма.</w:t>
              <w:br/>
              <w:t>• Кошарка: хватање и додавање лопте у месту и кретању на различите начине</w:t>
              <w:br/>
              <w:t>• Кошарка: акциона целина: полазак у дриблин, промена ритма у дриблингу, додавање, пријем лопте и шут на кош.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Мост заклоном и усклон уз помоћ</w:t>
              <w:br/>
              <w:t>• Спортска гимнастика: Слободни састав на тлу</w:t>
              <w:br/>
              <w:t>• Спортска гимнастика: Прескок - козлић 110 цм - предвежбе за згрчку и разношку</w:t>
              <w:br/>
              <w:t>• Спортска гимнастика: Прескок - Разношка - козлић 110 цм</w:t>
              <w:br/>
              <w:t>• Спортска гимнастика: Прескок - Згрчка - козлић 110 цм</w:t>
              <w:br/>
              <w:t>• Спортска гимнастика: Прескок - Згрчка и разношка - козлић 110 цм</w:t>
              <w:br/>
              <w:t>• Спортски Дан</w:t>
              <w:br/>
              <w:t>• Атлетика: Скок у даљ згрчном техником</w:t>
              <w:br/>
              <w:t>• Атлетика: Бацање кугле бочном техником</w:t>
              <w:br/>
              <w:t>• Атлетика: тробој: техника спринтерског трчања; бацање кугле и скок у даљ</w:t>
              <w:br/>
              <w:t>• Мали фудбал: Сарадња два и три играча</w:t>
              <w:br/>
              <w:t>• Мали фудбал: Вежбе са два и три играча</w:t>
              <w:br/>
              <w:t>• Мали фудбал: Игра са применом основних правила за мали фудбал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НЕДОВОЉАН (1)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ни уз помоћ наставника не показује минималну усвојеност основних елемената наставне јединице, не примењује основна правила и/или не показује потребан минимум ангажовања, уз уважавање оправданих здравствених ограничења и индивидуалних могућности.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Мерење телесне тежине и висине и тест претклон у седу (ПУС)</w:t>
              <w:br/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штафетног трчања</w:t>
              <w:br/>
              <w:t>• Атлетика: Скок у даљ техником увинуће - предвежбе</w:t>
              <w:br/>
              <w:t>• Атлетика: Скок у даљ техником увинуће</w:t>
              <w:br/>
              <w:t>• Атлетика: Увежбавање пређених техничких елемената</w:t>
              <w:br/>
              <w:t>• Кошарка: Заузимање основног кошаркашког става са лоптом у месту и кретању у једном и два контакта</w:t>
              <w:br/>
              <w:t>• Кошарка: Укрштени полазак у дриблинг</w:t>
              <w:br/>
              <w:t>• Кошарка: Предња промена руке у дриблингу у месту и кретању</w:t>
              <w:br/>
              <w:t>• Кошарка: Пивотирање грудно и леђно</w:t>
              <w:br/>
              <w:t>• Кошарка: Хватање и додавање на различите начине у месту и кретању</w:t>
              <w:br/>
              <w:t>• Кошарка: Двокорак у бољу страну из места и кретања</w:t>
              <w:br/>
              <w:t>• Кошарка: Акциона целина: Дриблинг са променом правца, додавање, кретање без лопте пријем и двокорак</w:t>
              <w:br/>
              <w:t>• Спортска гимнастика: Колут напред и назад</w:t>
              <w:br/>
              <w:t>• Спортска гимнастика: Став на плећима "свећа"</w:t>
              <w:br/>
              <w:t>• Спортска гимнастика: Став на шакама уз помоћ</w:t>
              <w:br/>
              <w:t>• Спортска гимнастика: Премет упором странце - звезда</w:t>
              <w:br/>
              <w:t>• Спортска гимнастика: Слободни састави на тлу</w:t>
              <w:br/>
              <w:t>• Спортска гимнастика: Прескок: Разношка и згрчка - предвежбе козлић 120 цм</w:t>
              <w:br/>
              <w:t>• Спортска гимнастика: Прескок: Разношка и згрчка - козлић 120 цм</w:t>
              <w:br/>
              <w:t>• Спортска гимнастика: Двовисински разбој. Вежба на двовисинском разбоју за дечаке и девојчице</w:t>
              <w:br/>
              <w:t>• Спортска гимнастика: Разбој: Вежба на разбоју за дечаке Двовисински разбој: Вежба на двовисинском разбоју за девојчице</w:t>
              <w:br/>
              <w:t>• Спортска гимнастика: Разбој: Вежба на разбоју за дечаке Ниска греда: вежба на ниској греди за девојчице</w:t>
              <w:br/>
              <w:t>• Спортска гимнастика: увежбавање пређених гимнастичких елемената:</w:t>
              <w:br/>
              <w:t>• Спортска гимнастика: Слободни избор справа</w:t>
              <w:br/>
              <w:t>• Плес и ритмика: Моравац III варијанта</w:t>
              <w:br/>
              <w:t>• Спортска гимнастика: Љуљање на круговима мањом амплитудом и саскоци уз помоћ наставника</w:t>
              <w:br/>
              <w:t>• Спортска гимнастика: Вратило: Њихање са повећаним амплитудама и саскок у зањиху.</w:t>
              <w:br/>
              <w:t>• Спортска гимнастика: Висока греда девојчице, коњ са хватаљкама дечаци</w:t>
              <w:br/>
              <w:t>• Кошарка: Кретање у паралелном и дијагоналном кошаркашком ставу</w:t>
              <w:br/>
              <w:t>• Кошарка: Чување играча са лоптом игра 1:1</w:t>
              <w:br/>
              <w:t>• Кошарка: Отварање контранапада са два и три играча</w:t>
              <w:br/>
              <w:t>• Кошарка: Сарадња два играча у нападу и одбрани front-door и back-door</w:t>
              <w:br/>
              <w:t>• Кошарка: Игра 2:2</w:t>
              <w:br/>
              <w:t>• Кошарка: Сарадња три играча у нападу и одбрани passing game</w:t>
              <w:br/>
              <w:t>• Кошарка: игра 3:3</w:t>
              <w:br/>
              <w:t>• Кошарка: игра 5:5 по принципу passing game</w:t>
              <w:br/>
              <w:t>• Проверавање физичких способности. Мерење телесне тежине и висине и тест ЛИЗ</w:t>
              <w:br/>
              <w:t>• Проверавање физичких способности. Тест претклон у седу (ПУС) и (СУД)</w:t>
              <w:br/>
              <w:t>• Проверавање физичких способности. Издржај у згибу до 120 сек.(ИУЗ)</w:t>
              <w:br/>
              <w:t>• Проверавање физичких способности. Тест трчање 4 x 10 метара и SHUTLLE RUN</w:t>
              <w:br/>
              <w:t>• Атлетика: Бацање кугле 2 кг бочном техником</w:t>
              <w:br/>
              <w:t>• Плес и ритмика: Моравац IV варијанта</w:t>
              <w:br/>
              <w:t>• Атлетика: техника трчања</w:t>
              <w:br/>
              <w:t>• Атлетика: спринтерског трчања</w:t>
              <w:br/>
              <w:t>• Атлетика: техника спринтерског и штафетног трчања</w:t>
              <w:br/>
              <w:t>• Мали фудбал: Вођење и контрола лопте.</w:t>
              <w:br/>
              <w:t>• Мали фудбал: Примање и додавање лопте различитим деловима стопала</w:t>
              <w:br/>
              <w:t>• Мали фудбал: Шутирање на гол и основе игре у нападу (откривање)</w:t>
              <w:br/>
              <w:t>• Мали фудбал: Одузимање лопте и основе игре у одбрани (покривање)</w:t>
              <w:br/>
              <w:t>• Мали фудбал: Вежбе са два и три играча</w:t>
              <w:br/>
              <w:t>• Спортски дан</w:t>
              <w:br/>
              <w:t>• Мали фудбал: Игра са применом основних правила за мали фудбал</w:t>
              <w:br/>
              <w:t>• Кошарка: заузимање основног кошаркашког става у месту и кретању.</w:t>
              <w:br/>
              <w:t>• Кошарка: полазак у дриблинг укрштеним кораком и дриблинг са променом ритма.</w:t>
              <w:br/>
              <w:t>• Кошарка: хватање и додавање лопте у месту и кретању на различите начине</w:t>
              <w:br/>
              <w:t>• Кошарка: акциона целина: полазак у дриблин, промена ритма у дриблингу, додавање, пријем лопте и шут на кош.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Мост заклоном и усклон уз помоћ</w:t>
              <w:br/>
              <w:t>• Спортска гимнастика: Слободни састав на тлу</w:t>
              <w:br/>
              <w:t>• Спортска гимнастика: Прескок - козлић 110 цм - предвежбе за згрчку и разношку</w:t>
              <w:br/>
              <w:t>• Спортска гимнастика: Прескок - Разношка - козлић 110 цм</w:t>
              <w:br/>
              <w:t>• Спортска гимнастика: Прескок - Згрчка - козлић 110 цм</w:t>
              <w:br/>
              <w:t>• Спортска гимнастика: Прескок - Згрчка и разношка - козлић 110 цм</w:t>
              <w:br/>
              <w:t>• Спортски Дан</w:t>
              <w:br/>
              <w:t>• Атлетика: Скок у даљ згрчном техником</w:t>
              <w:br/>
              <w:t>• Атлетика: Бацање кугле бочном техником</w:t>
              <w:br/>
              <w:t>• Атлетика: тробој: техника спринтерског трчања; бацање кугле и скок у даљ</w:t>
              <w:br/>
              <w:t>• Мали фудбал: Сарадња два и три играча</w:t>
              <w:br/>
              <w:t>• Мали фудбал: Вежбе са два и три играча</w:t>
              <w:br/>
              <w:t>• Мали фудбал: Игра са применом основних правила за мали фудбал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pageBreakBefore/>
        <w:spacing w:before="100" w:after="120"/>
        <w:jc w:val="center"/>
        <w:keepNext/>
      </w:pPr>
      <w:r>
        <w:rPr>
          <w:b/>
          <w:color w:val="1F4E79"/>
          <w:sz w:val="30"/>
        </w:rPr>
        <w:t>VII РАЗРЕД</w:t>
      </w: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ОДЛИЧАН (5)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самостално, правилно, сигурно и прецизно изводи садржаје наставне јединице, повезује знања и технику, примењује правила, показује висок ниво ангажовања, фер-плеј и одговоран однос према безбедности и здрављу.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спринтерског трчања</w:t>
              <w:br/>
              <w:t>• Атлетика: Техника штафетног трчања</w:t>
              <w:br/>
              <w:t>• Атлетика: Скок у даљ техником увинуће</w:t>
              <w:br/>
              <w:t>• Атлетика: Увежбавање пређених техничких елемената</w:t>
              <w:br/>
              <w:t>• Футсал: Вођење и контрола лопте.</w:t>
              <w:br/>
              <w:t>• Футсал: Примање и додавање лопте различитим деловима стопала</w:t>
              <w:br/>
              <w:t>• Футсал: Шутирање на гол и основе игре у нападу (откривање)</w:t>
              <w:br/>
              <w:t>• Футсал: Одузимање лопте и основе игре у одбрани (покривање)</w:t>
              <w:br/>
              <w:t>• Футсал: Вежбе са два и три играча</w:t>
              <w:br/>
              <w:t>• Рукомет: Вођење лопте на различите начине у месту и кретању.</w:t>
              <w:br/>
              <w:t>• Рукомет: хватање и додавање лопте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Кошарка: Вођење лопте у месту и кретању на различите начине са променом ритма и правца</w:t>
              <w:br/>
              <w:t>• Кошарка: хватање и додавање у месту и кретању</w:t>
              <w:br/>
              <w:t>• Кошарка: Двокорак леви и десни</w:t>
              <w:br/>
              <w:t>• Кошарка: Акциона целина: Вођење лопте са променом правца - додавање - пријем лопте и двокорак.</w:t>
              <w:br/>
              <w:t>• Одбојка: Одигравање лопте прстима</w:t>
              <w:br/>
              <w:t>• Одбојка: Одигравање лопте подлактицама - чекићем</w:t>
              <w:br/>
              <w:t>• Одбојка: Сервис</w:t>
              <w:br/>
              <w:t>• Одбојка: Смечирање</w:t>
              <w:br/>
              <w:t>• Одбојка: Акциона целина: Пријем лопте и смеч</w:t>
              <w:br/>
              <w:t>• Полигон спортских игара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Летећи колут напред</w:t>
              <w:br/>
              <w:t>• Спортска гимнастика: Став на шакама колут напред уз помоћ</w:t>
              <w:br/>
              <w:t>• Спортска гимнастика: Два повезана премета странце упором (звезда)</w:t>
              <w:br/>
              <w:t>• Спортска гимнастика: Слободни састави на тлу</w:t>
              <w:br/>
              <w:t>• Полигони: Гимнастички полигон</w:t>
              <w:br/>
              <w:t>• Плес и ритмика: Моравац</w:t>
              <w:br/>
              <w:t>• Спортска гимнастика: Кружни облик рада на справамаа</w:t>
              <w:br/>
              <w:t>• Спортска гимнастика: Кружни облик рада на справама</w:t>
              <w:br/>
              <w:t>• Одбојка: Увежбавање пређених техничких елемената</w:t>
              <w:br/>
              <w:t>• Одбојка: Игра са задатком 3 на 3</w:t>
              <w:br/>
              <w:t>• Одбојка: Систем игре 6:0 центар напред</w:t>
              <w:br/>
              <w:t>• Одбојка: Игра</w:t>
              <w:br/>
              <w:t>• Кошарка: Игра 1 на 1 са лоптом и без лопте</w:t>
              <w:br/>
              <w:t>• Кошарка: Игра 3 на 3 додај и утрчи</w:t>
              <w:br/>
              <w:t>• Кошарка: Игра 5 на 5 по принципу passing game</w:t>
              <w:br/>
              <w:t>• Рукомет: Сарадња два играча у нападу и одбрани</w:t>
              <w:br/>
              <w:t>• Рукомет: Систем игре 6:0</w:t>
              <w:br/>
              <w:t>• Рукомет: Игра применом система игре 6:0</w:t>
              <w:br/>
              <w:t>• Футсал: Увежбавање пређених техничких елемената</w:t>
              <w:br/>
              <w:t>• Футсал: Сарадња два играча у нападу дупли пас</w:t>
              <w:br/>
              <w:t>• Футсал: Игра</w:t>
              <w:br/>
              <w:t>• Полигони: Полигон спортских игара</w:t>
              <w:br/>
              <w:t>• Атлетика: Техника спринтерског и штафетног трчања.</w:t>
              <w:br/>
              <w:t>• Атлетика: Техника истрајног трчања 8 мин</w:t>
              <w:br/>
              <w:t>• Атлетика: Бацање кугле бочном техником - вортексом</w:t>
              <w:br/>
              <w:t>• Атлетика: скок у даљ техником увинуће</w:t>
              <w:br/>
              <w:t>• Атлетика: проверавање савладаности атлетских дисциплина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ВРЛО ДОБАР (4)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правилно изводи већину елемената наставне јединице уз мање грешке и повремену корекцију наставника, разуме и примењује правила и активно учествује.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спринтерског трчања</w:t>
              <w:br/>
              <w:t>• Атлетика: Техника штафетног трчања</w:t>
              <w:br/>
              <w:t>• Атлетика: Скок у даљ техником увинуће</w:t>
              <w:br/>
              <w:t>• Атлетика: Увежбавање пређених техничких елемената</w:t>
              <w:br/>
              <w:t>• Футсал: Вођење и контрола лопте.</w:t>
              <w:br/>
              <w:t>• Футсал: Примање и додавање лопте различитим деловима стопала</w:t>
              <w:br/>
              <w:t>• Футсал: Шутирање на гол и основе игре у нападу (откривање)</w:t>
              <w:br/>
              <w:t>• Футсал: Одузимање лопте и основе игре у одбрани (покривање)</w:t>
              <w:br/>
              <w:t>• Футсал: Вежбе са два и три играча</w:t>
              <w:br/>
              <w:t>• Рукомет: Вођење лопте на различите начине у месту и кретању.</w:t>
              <w:br/>
              <w:t>• Рукомет: хватање и додавање лопте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Кошарка: Вођење лопте у месту и кретању на различите начине са променом ритма и правца</w:t>
              <w:br/>
              <w:t>• Кошарка: хватање и додавање у месту и кретању</w:t>
              <w:br/>
              <w:t>• Кошарка: Двокорак леви и десни</w:t>
              <w:br/>
              <w:t>• Кошарка: Акциона целина: Вођење лопте са променом правца - додавање - пријем лопте и двокорак.</w:t>
              <w:br/>
              <w:t>• Одбојка: Одигравање лопте прстима</w:t>
              <w:br/>
              <w:t>• Одбојка: Одигравање лопте подлактицама - чекићем</w:t>
              <w:br/>
              <w:t>• Одбојка: Сервис</w:t>
              <w:br/>
              <w:t>• Одбојка: Смечирање</w:t>
              <w:br/>
              <w:t>• Одбојка: Акциона целина: Пријем лопте и смеч</w:t>
              <w:br/>
              <w:t>• Полигон спортских игара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Летећи колут напред</w:t>
              <w:br/>
              <w:t>• Спортска гимнастика: Став на шакама колут напред уз помоћ</w:t>
              <w:br/>
              <w:t>• Спортска гимнастика: Два повезана премета странце упором (звезда)</w:t>
              <w:br/>
              <w:t>• Спортска гимнастика: Слободни састави на тлу</w:t>
              <w:br/>
              <w:t>• Полигони: Гимнастички полигон</w:t>
              <w:br/>
              <w:t>• Плес и ритмика: Моравац</w:t>
              <w:br/>
              <w:t>• Спортска гимнастика: Кружни облик рада на справамаа</w:t>
              <w:br/>
              <w:t>• Спортска гимнастика: Кружни облик рада на справама</w:t>
              <w:br/>
              <w:t>• Одбојка: Увежбавање пређених техничких елемената</w:t>
              <w:br/>
              <w:t>• Одбојка: Игра са задатком 3 на 3</w:t>
              <w:br/>
              <w:t>• Одбојка: Систем игре 6:0 центар напред</w:t>
              <w:br/>
              <w:t>• Одбојка: Игра</w:t>
              <w:br/>
              <w:t>• Кошарка: Игра 1 на 1 са лоптом и без лопте</w:t>
              <w:br/>
              <w:t>• Кошарка: Игра 3 на 3 додај и утрчи</w:t>
              <w:br/>
              <w:t>• Кошарка: Игра 5 на 5 по принципу passing game</w:t>
              <w:br/>
              <w:t>• Рукомет: Сарадња два играча у нападу и одбрани</w:t>
              <w:br/>
              <w:t>• Рукомет: Систем игре 6:0</w:t>
              <w:br/>
              <w:t>• Рукомет: Игра применом система игре 6:0</w:t>
              <w:br/>
              <w:t>• Футсал: Увежбавање пређених техничких елемената</w:t>
              <w:br/>
              <w:t>• Футсал: Сарадња два играча у нападу дупли пас</w:t>
              <w:br/>
              <w:t>• Футсал: Игра</w:t>
              <w:br/>
              <w:t>• Полигони: Полигон спортских игара</w:t>
              <w:br/>
              <w:t>• Атлетика: Техника спринтерског и штафетног трчања.</w:t>
              <w:br/>
              <w:t>• Атлетика: Техника истрајног трчања 8 мин</w:t>
              <w:br/>
              <w:t>• Атлетика: Бацање кугле бочном техником - вортексом</w:t>
              <w:br/>
              <w:t>• Атлетика: скок у даљ техником увинуће</w:t>
              <w:br/>
              <w:t>• Атлетика: проверавање савладаности атлетских дисциплина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ДОБАР (3)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изводи основне елементе наставне јединице на задовољавајућем нивоу, уз повремене грешке и помоћ наставника; познаје основна правила и учествује у раду.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спринтерског трчања</w:t>
              <w:br/>
              <w:t>• Атлетика: Техника штафетног трчања</w:t>
              <w:br/>
              <w:t>• Атлетика: Скок у даљ техником увинуће</w:t>
              <w:br/>
              <w:t>• Атлетика: Увежбавање пређених техничких елемената</w:t>
              <w:br/>
              <w:t>• Футсал: Вођење и контрола лопте.</w:t>
              <w:br/>
              <w:t>• Футсал: Примање и додавање лопте различитим деловима стопала</w:t>
              <w:br/>
              <w:t>• Футсал: Шутирање на гол и основе игре у нападу (откривање)</w:t>
              <w:br/>
              <w:t>• Футсал: Одузимање лопте и основе игре у одбрани (покривање)</w:t>
              <w:br/>
              <w:t>• Футсал: Вежбе са два и три играча</w:t>
              <w:br/>
              <w:t>• Рукомет: Вођење лопте на различите начине у месту и кретању.</w:t>
              <w:br/>
              <w:t>• Рукомет: хватање и додавање лопте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Кошарка: Вођење лопте у месту и кретању на различите начине са променом ритма и правца</w:t>
              <w:br/>
              <w:t>• Кошарка: хватање и додавање у месту и кретању</w:t>
              <w:br/>
              <w:t>• Кошарка: Двокорак леви и десни</w:t>
              <w:br/>
              <w:t>• Кошарка: Акциона целина: Вођење лопте са променом правца - додавање - пријем лопте и двокорак.</w:t>
              <w:br/>
              <w:t>• Одбојка: Одигравање лопте прстима</w:t>
              <w:br/>
              <w:t>• Одбојка: Одигравање лопте подлактицама - чекићем</w:t>
              <w:br/>
              <w:t>• Одбојка: Сервис</w:t>
              <w:br/>
              <w:t>• Одбојка: Смечирање</w:t>
              <w:br/>
              <w:t>• Одбојка: Акциона целина: Пријем лопте и смеч</w:t>
              <w:br/>
              <w:t>• Полигон спортских игара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Летећи колут напред</w:t>
              <w:br/>
              <w:t>• Спортска гимнастика: Став на шакама колут напред уз помоћ</w:t>
              <w:br/>
              <w:t>• Спортска гимнастика: Два повезана премета странце упором (звезда)</w:t>
              <w:br/>
              <w:t>• Спортска гимнастика: Слободни састави на тлу</w:t>
              <w:br/>
              <w:t>• Полигони: Гимнастички полигон</w:t>
              <w:br/>
              <w:t>• Плес и ритмика: Моравац</w:t>
              <w:br/>
              <w:t>• Спортска гимнастика: Кружни облик рада на справамаа</w:t>
              <w:br/>
              <w:t>• Спортска гимнастика: Кружни облик рада на справама</w:t>
              <w:br/>
              <w:t>• Одбојка: Увежбавање пређених техничких елемената</w:t>
              <w:br/>
              <w:t>• Одбојка: Игра са задатком 3 на 3</w:t>
              <w:br/>
              <w:t>• Одбојка: Систем игре 6:0 центар напред</w:t>
              <w:br/>
              <w:t>• Одбојка: Игра</w:t>
              <w:br/>
              <w:t>• Кошарка: Игра 1 на 1 са лоптом и без лопте</w:t>
              <w:br/>
              <w:t>• Кошарка: Игра 3 на 3 додај и утрчи</w:t>
              <w:br/>
              <w:t>• Кошарка: Игра 5 на 5 по принципу passing game</w:t>
              <w:br/>
              <w:t>• Рукомет: Сарадња два играча у нападу и одбрани</w:t>
              <w:br/>
              <w:t>• Рукомет: Систем игре 6:0</w:t>
              <w:br/>
              <w:t>• Рукомет: Игра применом система игре 6:0</w:t>
              <w:br/>
              <w:t>• Футсал: Увежбавање пређених техничких елемената</w:t>
              <w:br/>
              <w:t>• Футсал: Сарадња два играча у нападу дупли пас</w:t>
              <w:br/>
              <w:t>• Футсал: Игра</w:t>
              <w:br/>
              <w:t>• Полигони: Полигон спортских игара</w:t>
              <w:br/>
              <w:t>• Атлетика: Техника спринтерског и штафетног трчања.</w:t>
              <w:br/>
              <w:t>• Атлетика: Техника истрајног трчања 8 мин</w:t>
              <w:br/>
              <w:t>• Атлетика: Бацање кугле бочном техником - вортексом</w:t>
              <w:br/>
              <w:t>• Атлетика: скок у даљ техником увинуће</w:t>
              <w:br/>
              <w:t>• Атлетика: проверавање савладаности атлетских дисциплина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ДОВОЉАН (2)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уз значајнију помоћ наставника изводи најједноставније и основне елементе наставне јединице, препознаје основна правила и показује минималан ниво усвојености и ангажовања.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спринтерског трчања</w:t>
              <w:br/>
              <w:t>• Атлетика: Техника штафетног трчања</w:t>
              <w:br/>
              <w:t>• Атлетика: Скок у даљ техником увинуће</w:t>
              <w:br/>
              <w:t>• Атлетика: Увежбавање пређених техничких елемената</w:t>
              <w:br/>
              <w:t>• Футсал: Вођење и контрола лопте.</w:t>
              <w:br/>
              <w:t>• Футсал: Примање и додавање лопте различитим деловима стопала</w:t>
              <w:br/>
              <w:t>• Футсал: Шутирање на гол и основе игре у нападу (откривање)</w:t>
              <w:br/>
              <w:t>• Футсал: Одузимање лопте и основе игре у одбрани (покривање)</w:t>
              <w:br/>
              <w:t>• Футсал: Вежбе са два и три играча</w:t>
              <w:br/>
              <w:t>• Рукомет: Вођење лопте на различите начине у месту и кретању.</w:t>
              <w:br/>
              <w:t>• Рукомет: хватање и додавање лопте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Кошарка: Вођење лопте у месту и кретању на различите начине са променом ритма и правца</w:t>
              <w:br/>
              <w:t>• Кошарка: хватање и додавање у месту и кретању</w:t>
              <w:br/>
              <w:t>• Кошарка: Двокорак леви и десни</w:t>
              <w:br/>
              <w:t>• Кошарка: Акциона целина: Вођење лопте са променом правца - додавање - пријем лопте и двокорак.</w:t>
              <w:br/>
              <w:t>• Одбојка: Одигравање лопте прстима</w:t>
              <w:br/>
              <w:t>• Одбојка: Одигравање лопте подлактицама - чекићем</w:t>
              <w:br/>
              <w:t>• Одбојка: Сервис</w:t>
              <w:br/>
              <w:t>• Одбојка: Смечирање</w:t>
              <w:br/>
              <w:t>• Одбојка: Акциона целина: Пријем лопте и смеч</w:t>
              <w:br/>
              <w:t>• Полигон спортских игара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Летећи колут напред</w:t>
              <w:br/>
              <w:t>• Спортска гимнастика: Став на шакама колут напред уз помоћ</w:t>
              <w:br/>
              <w:t>• Спортска гимнастика: Два повезана премета странце упором (звезда)</w:t>
              <w:br/>
              <w:t>• Спортска гимнастика: Слободни састави на тлу</w:t>
              <w:br/>
              <w:t>• Полигони: Гимнастички полигон</w:t>
              <w:br/>
              <w:t>• Плес и ритмика: Моравац</w:t>
              <w:br/>
              <w:t>• Спортска гимнастика: Кружни облик рада на справамаа</w:t>
              <w:br/>
              <w:t>• Спортска гимнастика: Кружни облик рада на справама</w:t>
              <w:br/>
              <w:t>• Одбојка: Увежбавање пређених техничких елемената</w:t>
              <w:br/>
              <w:t>• Одбојка: Игра са задатком 3 на 3</w:t>
              <w:br/>
              <w:t>• Одбојка: Систем игре 6:0 центар напред</w:t>
              <w:br/>
              <w:t>• Одбојка: Игра</w:t>
              <w:br/>
              <w:t>• Кошарка: Игра 1 на 1 са лоптом и без лопте</w:t>
              <w:br/>
              <w:t>• Кошарка: Игра 3 на 3 додај и утрчи</w:t>
              <w:br/>
              <w:t>• Кошарка: Игра 5 на 5 по принципу passing game</w:t>
              <w:br/>
              <w:t>• Рукомет: Сарадња два играча у нападу и одбрани</w:t>
              <w:br/>
              <w:t>• Рукомет: Систем игре 6:0</w:t>
              <w:br/>
              <w:t>• Рукомет: Игра применом система игре 6:0</w:t>
              <w:br/>
              <w:t>• Футсал: Увежбавање пређених техничких елемената</w:t>
              <w:br/>
              <w:t>• Футсал: Сарадња два играча у нападу дупли пас</w:t>
              <w:br/>
              <w:t>• Футсал: Игра</w:t>
              <w:br/>
              <w:t>• Полигони: Полигон спортских игара</w:t>
              <w:br/>
              <w:t>• Атлетика: Техника спринтерског и штафетног трчања.</w:t>
              <w:br/>
              <w:t>• Атлетика: Техника истрајног трчања 8 мин</w:t>
              <w:br/>
              <w:t>• Атлетика: Бацање кугле бочном техником - вортексом</w:t>
              <w:br/>
              <w:t>• Атлетика: скок у даљ техником увинуће</w:t>
              <w:br/>
              <w:t>• Атлетика: проверавање савладаности атлетских дисциплина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НЕДОВОЉАН (1)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ни уз помоћ наставника не показује минималну усвојеност основних елемената наставне јединице, не примењује основна правила и/или не показује потребан минимум ангажовања, уз уважавање оправданих здравствених ограничења и индивидуалних могућности.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спринтерског трчања</w:t>
              <w:br/>
              <w:t>• Атлетика: Техника штафетног трчања</w:t>
              <w:br/>
              <w:t>• Атлетика: Скок у даљ техником увинуће</w:t>
              <w:br/>
              <w:t>• Атлетика: Увежбавање пређених техничких елемената</w:t>
              <w:br/>
              <w:t>• Футсал: Вођење и контрола лопте.</w:t>
              <w:br/>
              <w:t>• Футсал: Примање и додавање лопте различитим деловима стопала</w:t>
              <w:br/>
              <w:t>• Футсал: Шутирање на гол и основе игре у нападу (откривање)</w:t>
              <w:br/>
              <w:t>• Футсал: Одузимање лопте и основе игре у одбрани (покривање)</w:t>
              <w:br/>
              <w:t>• Футсал: Вежбе са два и три играча</w:t>
              <w:br/>
              <w:t>• Рукомет: Вођење лопте на различите начине у месту и кретању.</w:t>
              <w:br/>
              <w:t>• Рукомет: хватање и додавање лопте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Кошарка: Вођење лопте у месту и кретању на различите начине са променом ритма и правца</w:t>
              <w:br/>
              <w:t>• Кошарка: хватање и додавање у месту и кретању</w:t>
              <w:br/>
              <w:t>• Кошарка: Двокорак леви и десни</w:t>
              <w:br/>
              <w:t>• Кошарка: Акциона целина: Вођење лопте са променом правца - додавање - пријем лопте и двокорак.</w:t>
              <w:br/>
              <w:t>• Одбојка: Одигравање лопте прстима</w:t>
              <w:br/>
              <w:t>• Одбојка: Одигравање лопте подлактицама - чекићем</w:t>
              <w:br/>
              <w:t>• Одбојка: Сервис</w:t>
              <w:br/>
              <w:t>• Одбојка: Смечирање</w:t>
              <w:br/>
              <w:t>• Одбојка: Акциона целина: Пријем лопте и смеч</w:t>
              <w:br/>
              <w:t>• Полигон спортских игара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Летећи колут напред</w:t>
              <w:br/>
              <w:t>• Спортска гимнастика: Став на шакама колут напред уз помоћ</w:t>
              <w:br/>
              <w:t>• Спортска гимнастика: Два повезана премета странце упором (звезда)</w:t>
              <w:br/>
              <w:t>• Спортска гимнастика: Слободни састави на тлу</w:t>
              <w:br/>
              <w:t>• Полигони: Гимнастички полигон</w:t>
              <w:br/>
              <w:t>• Плес и ритмика: Моравац</w:t>
              <w:br/>
              <w:t>• Спортска гимнастика: Кружни облик рада на справамаа</w:t>
              <w:br/>
              <w:t>• Спортска гимнастика: Кружни облик рада на справама</w:t>
              <w:br/>
              <w:t>• Одбојка: Увежбавање пређених техничких елемената</w:t>
              <w:br/>
              <w:t>• Одбојка: Игра са задатком 3 на 3</w:t>
              <w:br/>
              <w:t>• Одбојка: Систем игре 6:0 центар напред</w:t>
              <w:br/>
              <w:t>• Одбојка: Игра</w:t>
              <w:br/>
              <w:t>• Кошарка: Игра 1 на 1 са лоптом и без лопте</w:t>
              <w:br/>
              <w:t>• Кошарка: Игра 3 на 3 додај и утрчи</w:t>
              <w:br/>
              <w:t>• Кошарка: Игра 5 на 5 по принципу passing game</w:t>
              <w:br/>
              <w:t>• Рукомет: Сарадња два играча у нападу и одбрани</w:t>
              <w:br/>
              <w:t>• Рукомет: Систем игре 6:0</w:t>
              <w:br/>
              <w:t>• Рукомет: Игра применом система игре 6:0</w:t>
              <w:br/>
              <w:t>• Футсал: Увежбавање пређених техничких елемената</w:t>
              <w:br/>
              <w:t>• Футсал: Сарадња два играча у нападу дупли пас</w:t>
              <w:br/>
              <w:t>• Футсал: Игра</w:t>
              <w:br/>
              <w:t>• Полигони: Полигон спортских игара</w:t>
              <w:br/>
              <w:t>• Атлетика: Техника спринтерског и штафетног трчања.</w:t>
              <w:br/>
              <w:t>• Атлетика: Техника истрајног трчања 8 мин</w:t>
              <w:br/>
              <w:t>• Атлетика: Бацање кугле бочном техником - вортексом</w:t>
              <w:br/>
              <w:t>• Атлетика: скок у даљ техником увинуће</w:t>
              <w:br/>
              <w:t>• Атлетика: проверавање савладаности атлетских дисциплина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pageBreakBefore/>
        <w:spacing w:before="100" w:after="120"/>
        <w:jc w:val="center"/>
        <w:keepNext/>
      </w:pPr>
      <w:r>
        <w:rPr>
          <w:b/>
          <w:color w:val="1F4E79"/>
          <w:sz w:val="30"/>
        </w:rPr>
        <w:t>VIII РАЗРЕД</w:t>
      </w: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ОДЛИЧАН (5)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самостално, правилно, сигурно и прецизно изводи садржаје наставне јединице, повезује знања и технику, примењује правила, показује висок ниво ангажовања, фер-плеј и одговоран однос према безбедности и здрављу.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спринтерског трчања</w:t>
              <w:br/>
              <w:t>• Атлетика: Техника спринтерског трчања (трчање деоница до 60 м)</w:t>
              <w:br/>
              <w:t>• Атлетика: Техника штафетног трчања (4 x 60 м)</w:t>
              <w:br/>
              <w:t>• Атлетика: Скок у даљ техником увинуће</w:t>
              <w:br/>
              <w:t>• Атлетика: Скок у даљ корачном техником - предвежбе</w:t>
              <w:br/>
              <w:t>• Атлетика: Увежбавање пређених техничких елемената</w:t>
              <w:br/>
              <w:t>• Футсал: Вођење и контрола лопте.</w:t>
              <w:br/>
              <w:t>• Футсал: Примање и додавање лопте различитим деловима стопала</w:t>
              <w:br/>
              <w:t>• Футсал: Шутирање на гол и основе игре у нападу (откривање)</w:t>
              <w:br/>
              <w:t>• Футсал: Сарадња два играча у нападу дупли пас</w:t>
              <w:br/>
              <w:t>• Футсал: Игра на два гола</w:t>
              <w:br/>
              <w:t>• Рукомет: Вођење лопте на различите начине у месту и кретању.</w:t>
              <w:br/>
              <w:t>• Рукомет: хватање и додавање лопте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Кошарка: Вођење лопте у месту и кретању на различите начине са променом ритма и правца</w:t>
              <w:br/>
              <w:t>• Кошарка: хватање и додавање у месту и кретању</w:t>
              <w:br/>
              <w:t>• Кошарка: Двокорак леви и десни</w:t>
              <w:br/>
              <w:t>• Кошарка: Акциона целина: Вођење лопте са променом правца - додавање - пријем лопте и двокорак.</w:t>
              <w:br/>
              <w:t>• Одбојка: Одигравање лопте прстима</w:t>
              <w:br/>
              <w:t>• Одбојка: Одигравање лопте подлактицама - чекићем</w:t>
              <w:br/>
              <w:t>• Одбојка: Сервис</w:t>
              <w:br/>
              <w:t>• Одбојка: Смечирање</w:t>
              <w:br/>
              <w:t>• Одбојка: Акциона целина: Пријем лопте и смеч</w:t>
              <w:br/>
              <w:t>• Одбојка: Систем игре 6:0 центар напред</w:t>
              <w:br/>
              <w:t>• Одбојка: Систем игре 6:0 игра</w:t>
              <w:br/>
              <w:t>• Полигон спортских игара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Летећи колут напред</w:t>
              <w:br/>
              <w:t>• Спортска гимнастика: Став на шакама колут напред уз помоћ</w:t>
              <w:br/>
              <w:t>• Спортска гимнастика: Два повезана премета странце упором (звезда)</w:t>
              <w:br/>
              <w:t>• Спортска гимнастика: Слободни састави на тлу</w:t>
              <w:br/>
              <w:t>• Полигони: Гимнастички полигон</w:t>
              <w:br/>
              <w:t>• Плес и ритмика: Моравац</w:t>
              <w:br/>
              <w:t>• Спортска гимнастика: Кружни облик рада на справамаа</w:t>
              <w:br/>
              <w:t>• Спортска гимнастика: Кружни облик рада на справама</w:t>
              <w:br/>
              <w:t>• Одбојка: Игра</w:t>
              <w:br/>
              <w:t>• Кошарка: Игра 1 на 1 са лоптом и без лопте</w:t>
              <w:br/>
              <w:t>• Кошарка: Игра 3 на 3 додај и утрчи</w:t>
              <w:br/>
              <w:t>• Кошарка: Игра 5 на 5 по принципу passing game</w:t>
              <w:br/>
              <w:t>• Рукомет: Сарадња два играча у нападу и одбрани</w:t>
              <w:br/>
              <w:t>• Рукомет: Систем игре 6:0</w:t>
              <w:br/>
              <w:t>• Рукомет: Игра применом система игре 6:0</w:t>
              <w:br/>
              <w:t>• Футсал: Игра</w:t>
              <w:br/>
              <w:t>• Атлетика: Техника спринтерског и штафетног трчања.</w:t>
              <w:br/>
              <w:t>• Атлетика: Техника истрајног трчања 8 мин</w:t>
              <w:br/>
              <w:t>• Атлетика: Бацање кугле бочном техником - вортексом</w:t>
              <w:br/>
              <w:t>• Атлетика: Скок у даљ корачном техником</w:t>
              <w:br/>
              <w:t>• Атлетика - Четворобој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ВРЛО ДОБАР (4)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правилно изводи већину елемената наставне јединице уз мање грешке и повремену корекцију наставника, разуме и примењује правила и активно учествује.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спринтерског трчања</w:t>
              <w:br/>
              <w:t>• Атлетика: Техника спринтерског трчања (трчање деоница до 60 м)</w:t>
              <w:br/>
              <w:t>• Атлетика: Техника штафетног трчања (4 x 60 м)</w:t>
              <w:br/>
              <w:t>• Атлетика: Скок у даљ техником увинуће</w:t>
              <w:br/>
              <w:t>• Атлетика: Скок у даљ корачном техником - предвежбе</w:t>
              <w:br/>
              <w:t>• Атлетика: Увежбавање пређених техничких елемената</w:t>
              <w:br/>
              <w:t>• Футсал: Вођење и контрола лопте.</w:t>
              <w:br/>
              <w:t>• Футсал: Примање и додавање лопте различитим деловима стопала</w:t>
              <w:br/>
              <w:t>• Футсал: Шутирање на гол и основе игре у нападу (откривање)</w:t>
              <w:br/>
              <w:t>• Футсал: Сарадња два играча у нападу дупли пас</w:t>
              <w:br/>
              <w:t>• Футсал: Игра на два гола</w:t>
              <w:br/>
              <w:t>• Рукомет: Вођење лопте на различите начине у месту и кретању.</w:t>
              <w:br/>
              <w:t>• Рукомет: хватање и додавање лопте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Кошарка: Вођење лопте у месту и кретању на различите начине са променом ритма и правца</w:t>
              <w:br/>
              <w:t>• Кошарка: хватање и додавање у месту и кретању</w:t>
              <w:br/>
              <w:t>• Кошарка: Двокорак леви и десни</w:t>
              <w:br/>
              <w:t>• Кошарка: Акциона целина: Вођење лопте са променом правца - додавање - пријем лопте и двокорак.</w:t>
              <w:br/>
              <w:t>• Одбојка: Одигравање лопте прстима</w:t>
              <w:br/>
              <w:t>• Одбојка: Одигравање лопте подлактицама - чекићем</w:t>
              <w:br/>
              <w:t>• Одбојка: Сервис</w:t>
              <w:br/>
              <w:t>• Одбојка: Смечирање</w:t>
              <w:br/>
              <w:t>• Одбојка: Акциона целина: Пријем лопте и смеч</w:t>
              <w:br/>
              <w:t>• Одбојка: Систем игре 6:0 центар напред</w:t>
              <w:br/>
              <w:t>• Одбојка: Систем игре 6:0 игра</w:t>
              <w:br/>
              <w:t>• Полигон спортских игара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Летећи колут напред</w:t>
              <w:br/>
              <w:t>• Спортска гимнастика: Став на шакама колут напред уз помоћ</w:t>
              <w:br/>
              <w:t>• Спортска гимнастика: Два повезана премета странце упором (звезда)</w:t>
              <w:br/>
              <w:t>• Спортска гимнастика: Слободни састави на тлу</w:t>
              <w:br/>
              <w:t>• Полигони: Гимнастички полигон</w:t>
              <w:br/>
              <w:t>• Плес и ритмика: Моравац</w:t>
              <w:br/>
              <w:t>• Спортска гимнастика: Кружни облик рада на справамаа</w:t>
              <w:br/>
              <w:t>• Спортска гимнастика: Кружни облик рада на справама</w:t>
              <w:br/>
              <w:t>• Одбојка: Игра</w:t>
              <w:br/>
              <w:t>• Кошарка: Игра 1 на 1 са лоптом и без лопте</w:t>
              <w:br/>
              <w:t>• Кошарка: Игра 3 на 3 додај и утрчи</w:t>
              <w:br/>
              <w:t>• Кошарка: Игра 5 на 5 по принципу passing game</w:t>
              <w:br/>
              <w:t>• Рукомет: Сарадња два играча у нападу и одбрани</w:t>
              <w:br/>
              <w:t>• Рукомет: Систем игре 6:0</w:t>
              <w:br/>
              <w:t>• Рукомет: Игра применом система игре 6:0</w:t>
              <w:br/>
              <w:t>• Футсал: Игра</w:t>
              <w:br/>
              <w:t>• Атлетика: Техника спринтерског и штафетног трчања.</w:t>
              <w:br/>
              <w:t>• Атлетика: Техника истрајног трчања 8 мин</w:t>
              <w:br/>
              <w:t>• Атлетика: Бацање кугле бочном техником - вортексом</w:t>
              <w:br/>
              <w:t>• Атлетика: Скок у даљ корачном техником</w:t>
              <w:br/>
              <w:t>• Атлетика - Четворобој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ДОБАР (3)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изводи основне елементе наставне јединице на задовољавајућем нивоу, уз повремене грешке и помоћ наставника; познаје основна правила и учествује у раду.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спринтерског трчања</w:t>
              <w:br/>
              <w:t>• Атлетика: Техника спринтерског трчања (трчање деоница до 60 м)</w:t>
              <w:br/>
              <w:t>• Атлетика: Техника штафетног трчања (4 x 60 м)</w:t>
              <w:br/>
              <w:t>• Атлетика: Скок у даљ техником увинуће</w:t>
              <w:br/>
              <w:t>• Атлетика: Скок у даљ корачном техником - предвежбе</w:t>
              <w:br/>
              <w:t>• Атлетика: Увежбавање пређених техничких елемената</w:t>
              <w:br/>
              <w:t>• Футсал: Вођење и контрола лопте.</w:t>
              <w:br/>
              <w:t>• Футсал: Примање и додавање лопте различитим деловима стопала</w:t>
              <w:br/>
              <w:t>• Футсал: Шутирање на гол и основе игре у нападу (откривање)</w:t>
              <w:br/>
              <w:t>• Футсал: Сарадња два играча у нападу дупли пас</w:t>
              <w:br/>
              <w:t>• Футсал: Игра на два гола</w:t>
              <w:br/>
              <w:t>• Рукомет: Вођење лопте на различите начине у месту и кретању.</w:t>
              <w:br/>
              <w:t>• Рукомет: хватање и додавање лопте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Кошарка: Вођење лопте у месту и кретању на различите начине са променом ритма и правца</w:t>
              <w:br/>
              <w:t>• Кошарка: хватање и додавање у месту и кретању</w:t>
              <w:br/>
              <w:t>• Кошарка: Двокорак леви и десни</w:t>
              <w:br/>
              <w:t>• Кошарка: Акциона целина: Вођење лопте са променом правца - додавање - пријем лопте и двокорак.</w:t>
              <w:br/>
              <w:t>• Одбојка: Одигравање лопте прстима</w:t>
              <w:br/>
              <w:t>• Одбојка: Одигравање лопте подлактицама - чекићем</w:t>
              <w:br/>
              <w:t>• Одбојка: Сервис</w:t>
              <w:br/>
              <w:t>• Одбојка: Смечирање</w:t>
              <w:br/>
              <w:t>• Одбојка: Акциона целина: Пријем лопте и смеч</w:t>
              <w:br/>
              <w:t>• Одбојка: Систем игре 6:0 центар напред</w:t>
              <w:br/>
              <w:t>• Одбојка: Систем игре 6:0 игра</w:t>
              <w:br/>
              <w:t>• Полигон спортских игара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Летећи колут напред</w:t>
              <w:br/>
              <w:t>• Спортска гимнастика: Став на шакама колут напред уз помоћ</w:t>
              <w:br/>
              <w:t>• Спортска гимнастика: Два повезана премета странце упором (звезда)</w:t>
              <w:br/>
              <w:t>• Спортска гимнастика: Слободни састави на тлу</w:t>
              <w:br/>
              <w:t>• Полигони: Гимнастички полигон</w:t>
              <w:br/>
              <w:t>• Плес и ритмика: Моравац</w:t>
              <w:br/>
              <w:t>• Спортска гимнастика: Кружни облик рада на справамаа</w:t>
              <w:br/>
              <w:t>• Спортска гимнастика: Кружни облик рада на справама</w:t>
              <w:br/>
              <w:t>• Одбојка: Игра</w:t>
              <w:br/>
              <w:t>• Кошарка: Игра 1 на 1 са лоптом и без лопте</w:t>
              <w:br/>
              <w:t>• Кошарка: Игра 3 на 3 додај и утрчи</w:t>
              <w:br/>
              <w:t>• Кошарка: Игра 5 на 5 по принципу passing game</w:t>
              <w:br/>
              <w:t>• Рукомет: Сарадња два играча у нападу и одбрани</w:t>
              <w:br/>
              <w:t>• Рукомет: Систем игре 6:0</w:t>
              <w:br/>
              <w:t>• Рукомет: Игра применом система игре 6:0</w:t>
              <w:br/>
              <w:t>• Футсал: Игра</w:t>
              <w:br/>
              <w:t>• Атлетика: Техника спринтерског и штафетног трчања.</w:t>
              <w:br/>
              <w:t>• Атлетика: Техника истрајног трчања 8 мин</w:t>
              <w:br/>
              <w:t>• Атлетика: Бацање кугле бочном техником - вортексом</w:t>
              <w:br/>
              <w:t>• Атлетика: Скок у даљ корачном техником</w:t>
              <w:br/>
              <w:t>• Атлетика - Четворобој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ДОВОЉАН (2)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уз значајнију помоћ наставника изводи најједноставније и основне елементе наставне јединице, препознаје основна правила и показује минималан ниво усвојености и ангажовања.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спринтерског трчања</w:t>
              <w:br/>
              <w:t>• Атлетика: Техника спринтерског трчања (трчање деоница до 60 м)</w:t>
              <w:br/>
              <w:t>• Атлетика: Техника штафетног трчања (4 x 60 м)</w:t>
              <w:br/>
              <w:t>• Атлетика: Скок у даљ техником увинуће</w:t>
              <w:br/>
              <w:t>• Атлетика: Скок у даљ корачном техником - предвежбе</w:t>
              <w:br/>
              <w:t>• Атлетика: Увежбавање пређених техничких елемената</w:t>
              <w:br/>
              <w:t>• Футсал: Вођење и контрола лопте.</w:t>
              <w:br/>
              <w:t>• Футсал: Примање и додавање лопте различитим деловима стопала</w:t>
              <w:br/>
              <w:t>• Футсал: Шутирање на гол и основе игре у нападу (откривање)</w:t>
              <w:br/>
              <w:t>• Футсал: Сарадња два играча у нападу дупли пас</w:t>
              <w:br/>
              <w:t>• Футсал: Игра на два гола</w:t>
              <w:br/>
              <w:t>• Рукомет: Вођење лопте на различите начине у месту и кретању.</w:t>
              <w:br/>
              <w:t>• Рукомет: хватање и додавање лопте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Кошарка: Вођење лопте у месту и кретању на различите начине са променом ритма и правца</w:t>
              <w:br/>
              <w:t>• Кошарка: хватање и додавање у месту и кретању</w:t>
              <w:br/>
              <w:t>• Кошарка: Двокорак леви и десни</w:t>
              <w:br/>
              <w:t>• Кошарка: Акциона целина: Вођење лопте са променом правца - додавање - пријем лопте и двокорак.</w:t>
              <w:br/>
              <w:t>• Одбојка: Одигравање лопте прстима</w:t>
              <w:br/>
              <w:t>• Одбојка: Одигравање лопте подлактицама - чекићем</w:t>
              <w:br/>
              <w:t>• Одбојка: Сервис</w:t>
              <w:br/>
              <w:t>• Одбојка: Смечирање</w:t>
              <w:br/>
              <w:t>• Одбојка: Акциона целина: Пријем лопте и смеч</w:t>
              <w:br/>
              <w:t>• Одбојка: Систем игре 6:0 центар напред</w:t>
              <w:br/>
              <w:t>• Одбојка: Систем игре 6:0 игра</w:t>
              <w:br/>
              <w:t>• Полигон спортских игара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Летећи колут напред</w:t>
              <w:br/>
              <w:t>• Спортска гимнастика: Став на шакама колут напред уз помоћ</w:t>
              <w:br/>
              <w:t>• Спортска гимнастика: Два повезана премета странце упором (звезда)</w:t>
              <w:br/>
              <w:t>• Спортска гимнастика: Слободни састави на тлу</w:t>
              <w:br/>
              <w:t>• Полигони: Гимнастички полигон</w:t>
              <w:br/>
              <w:t>• Плес и ритмика: Моравац</w:t>
              <w:br/>
              <w:t>• Спортска гимнастика: Кружни облик рада на справамаа</w:t>
              <w:br/>
              <w:t>• Спортска гимнастика: Кружни облик рада на справама</w:t>
              <w:br/>
              <w:t>• Одбојка: Игра</w:t>
              <w:br/>
              <w:t>• Кошарка: Игра 1 на 1 са лоптом и без лопте</w:t>
              <w:br/>
              <w:t>• Кошарка: Игра 3 на 3 додај и утрчи</w:t>
              <w:br/>
              <w:t>• Кошарка: Игра 5 на 5 по принципу passing game</w:t>
              <w:br/>
              <w:t>• Рукомет: Сарадња два играча у нападу и одбрани</w:t>
              <w:br/>
              <w:t>• Рукомет: Систем игре 6:0</w:t>
              <w:br/>
              <w:t>• Рукомет: Игра применом система игре 6:0</w:t>
              <w:br/>
              <w:t>• Футсал: Игра</w:t>
              <w:br/>
              <w:t>• Атлетика: Техника спринтерског и штафетног трчања.</w:t>
              <w:br/>
              <w:t>• Атлетика: Техника истрајног трчања 8 мин</w:t>
              <w:br/>
              <w:t>• Атлетика: Бацање кугле бочном техником - вортексом</w:t>
              <w:br/>
              <w:t>• Атлетика: Скок у даљ корачном техником</w:t>
              <w:br/>
              <w:t>• Атлетика - Четворобој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40" w:after="60"/>
      </w:pPr>
      <w:r>
        <w:rPr>
          <w:b/>
          <w:color w:val="1F4E79"/>
          <w:sz w:val="24"/>
        </w:rPr>
        <w:t>НЕДОВОЉАН (1)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81"/>
        <w:gridCol w:w="7824"/>
      </w:tblGrid>
      <w:tr>
        <w:tc>
          <w:tcPr>
            <w:tcW w:type="dxa" w:w="1927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КРИТЕРИЈУМ</w:t>
            </w:r>
          </w:p>
        </w:tc>
        <w:tc>
          <w:tcPr>
            <w:tcW w:type="dxa" w:w="7710"/>
            <w:shd w:fill="EEF5FA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Критеријум: Ученик ни уз помоћ наставника не показује минималну усвојеност основних елемената наставне јединице, не примењује основна правила и/или не показује потребан минимум ангажовања, уз уважавање оправданих здравствених ограничења и индивидуалних могућности.</w:t>
            </w:r>
          </w:p>
        </w:tc>
      </w:tr>
      <w:tr>
        <w:tc>
          <w:tcPr>
            <w:tcW w:type="dxa" w:w="527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  <w:jc w:val="center"/>
            </w:pPr>
            <w:r>
              <w:rPr>
                <w:rFonts w:ascii="Aptos" w:hAnsi="Aptos" w:eastAsia="Aptos"/>
                <w:b/>
                <w:color w:val="1F4E79"/>
                <w:sz w:val="18"/>
              </w:rPr>
              <w:t>НАСТАВНЕ ЈЕДИНИЦЕ</w:t>
            </w:r>
          </w:p>
        </w:tc>
        <w:tc>
          <w:tcPr>
            <w:tcW w:type="dxa" w:w="527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30" w:line="247" w:lineRule="auto"/>
            </w:pPr>
            <w:r>
              <w:rPr>
                <w:rFonts w:ascii="Aptos" w:hAnsi="Aptos" w:eastAsia="Aptos"/>
                <w:sz w:val="18"/>
              </w:rPr>
              <w:t>• Проверавање физичких способности. Издржај у згибу до 120 сек.(ИУЗ) и трчање 4 x 10 метара</w:t>
              <w:br/>
              <w:t>• Проверавање физичких способности. Тест ЛИЗ и скок у даљ из места. (СУД)</w:t>
              <w:br/>
              <w:t>• Проверавање физичких способности. Тест SHUTLLE RUN</w:t>
              <w:br/>
              <w:t>• Атлетика: Техника спринтерског трчања</w:t>
              <w:br/>
              <w:t>• Атлетика: Техника спринтерског трчања (трчање деоница до 60 м)</w:t>
              <w:br/>
              <w:t>• Атлетика: Техника штафетног трчања (4 x 60 м)</w:t>
              <w:br/>
              <w:t>• Атлетика: Скок у даљ техником увинуће</w:t>
              <w:br/>
              <w:t>• Атлетика: Скок у даљ корачном техником - предвежбе</w:t>
              <w:br/>
              <w:t>• Атлетика: Увежбавање пређених техничких елемената</w:t>
              <w:br/>
              <w:t>• Футсал: Вођење и контрола лопте.</w:t>
              <w:br/>
              <w:t>• Футсал: Примање и додавање лопте различитим деловима стопала</w:t>
              <w:br/>
              <w:t>• Футсал: Шутирање на гол и основе игре у нападу (откривање)</w:t>
              <w:br/>
              <w:t>• Футсал: Сарадња два играча у нападу дупли пас</w:t>
              <w:br/>
              <w:t>• Футсал: Игра на два гола</w:t>
              <w:br/>
              <w:t>• Рукомет: Вођење лопте на различите начине у месту и кретању.</w:t>
              <w:br/>
              <w:t>• Рукомет: хватање и додавање лопте у месту и кретању</w:t>
              <w:br/>
              <w:t>• Рукомет: Шутирање на гол са ослонцем - чеони шут</w:t>
              <w:br/>
              <w:t>• Рукомет: шутирање на гол шасе-кораком</w:t>
              <w:br/>
              <w:t>• Рукомет: једнострука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Рукомет: Акциона целина: Вођење лопте, додавање, пријем лопте финта у јачу страну и скок шут</w:t>
              <w:br/>
              <w:t>• Кошарка: Вођење лопте у месту и кретању на различите начине са променом ритма и правца</w:t>
              <w:br/>
              <w:t>• Кошарка: хватање и додавање у месту и кретању</w:t>
              <w:br/>
              <w:t>• Кошарка: Двокорак леви и десни</w:t>
              <w:br/>
              <w:t>• Кошарка: Акциона целина: Вођење лопте са променом правца - додавање - пријем лопте и двокорак.</w:t>
              <w:br/>
              <w:t>• Одбојка: Одигравање лопте прстима</w:t>
              <w:br/>
              <w:t>• Одбојка: Одигравање лопте подлактицама - чекићем</w:t>
              <w:br/>
              <w:t>• Одбојка: Сервис</w:t>
              <w:br/>
              <w:t>• Одбојка: Смечирање</w:t>
              <w:br/>
              <w:t>• Одбојка: Акциона целина: Пријем лопте и смеч</w:t>
              <w:br/>
              <w:t>• Одбојка: Систем игре 6:0 центар напред</w:t>
              <w:br/>
              <w:t>• Одбојка: Систем игре 6:0 игра</w:t>
              <w:br/>
              <w:t>• Полигон спортских игара</w:t>
              <w:br/>
              <w:t>• Спортска гимнастика: Колут напред и назад из различитих почетних положаја</w:t>
              <w:br/>
              <w:t>• Спортска гимнастика: Летећи колут напред</w:t>
              <w:br/>
              <w:t>• Спортска гимнастика: Став на шакама колут напред уз помоћ</w:t>
              <w:br/>
              <w:t>• Спортска гимнастика: Два повезана премета странце упором (звезда)</w:t>
              <w:br/>
              <w:t>• Спортска гимнастика: Слободни састави на тлу</w:t>
              <w:br/>
              <w:t>• Полигони: Гимнастички полигон</w:t>
              <w:br/>
              <w:t>• Плес и ритмика: Моравац</w:t>
              <w:br/>
              <w:t>• Спортска гимнастика: Кружни облик рада на справамаа</w:t>
              <w:br/>
              <w:t>• Спортска гимнастика: Кружни облик рада на справама</w:t>
              <w:br/>
              <w:t>• Одбојка: Игра</w:t>
              <w:br/>
              <w:t>• Кошарка: Игра 1 на 1 са лоптом и без лопте</w:t>
              <w:br/>
              <w:t>• Кошарка: Игра 3 на 3 додај и утрчи</w:t>
              <w:br/>
              <w:t>• Кошарка: Игра 5 на 5 по принципу passing game</w:t>
              <w:br/>
              <w:t>• Рукомет: Сарадња два играча у нападу и одбрани</w:t>
              <w:br/>
              <w:t>• Рукомет: Систем игре 6:0</w:t>
              <w:br/>
              <w:t>• Рукомет: Игра применом система игре 6:0</w:t>
              <w:br/>
              <w:t>• Футсал: Игра</w:t>
              <w:br/>
              <w:t>• Атлетика: Техника спринтерског и штафетног трчања.</w:t>
              <w:br/>
              <w:t>• Атлетика: Техника истрајног трчања 8 мин</w:t>
              <w:br/>
              <w:t>• Атлетика: Бацање кугле бочном техником - вортексом</w:t>
              <w:br/>
              <w:t>• Атлетика: Скок у даљ корачном техником</w:t>
              <w:br/>
              <w:t>• Атлетика - Четворобој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Физичко и здравствено васпитање • школска 2026/2027. година</w:t>
    </w:r>
    <w:r>
      <w:rPr>
        <w:color w:val="5A5A5A"/>
        <w:sz w:val="18"/>
      </w:rPr>
      <w:t xml:space="preserve">Страна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 w:eastAsia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Aptos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